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6C" w:rsidRPr="00F62282" w:rsidRDefault="00E81A49">
      <w:pPr>
        <w:jc w:val="center"/>
        <w:rPr>
          <w:rFonts w:ascii="Arial" w:hAnsi="Arial" w:hint="eastAsia"/>
        </w:rPr>
      </w:pPr>
      <w:r w:rsidRPr="00F62282">
        <w:rPr>
          <w:rFonts w:ascii="Arial" w:hAnsi="Arial"/>
          <w:b/>
          <w:sz w:val="40"/>
        </w:rPr>
        <w:t>FICHA DE ACTIVIDADE</w:t>
      </w:r>
      <w:r w:rsidRPr="00F62282">
        <w:rPr>
          <w:rFonts w:ascii="Arial" w:hAnsi="Arial"/>
          <w:b/>
          <w:sz w:val="40"/>
        </w:rPr>
        <w:br/>
      </w:r>
      <w:r w:rsidRPr="00F62282">
        <w:rPr>
          <w:rFonts w:ascii="Arial" w:hAnsi="Arial"/>
          <w:b/>
          <w:sz w:val="28"/>
        </w:rPr>
        <w:t>CULTURA EMPRESARIAL: «COMO SE TRABALLA NESTA EMPRESA?»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Módulo: </w:t>
      </w:r>
      <w:r w:rsidRPr="00F62282">
        <w:rPr>
          <w:rFonts w:ascii="Arial" w:hAnsi="Arial"/>
        </w:rPr>
        <w:t xml:space="preserve">IPE / FOL     </w:t>
      </w:r>
      <w:r w:rsidRPr="00F62282">
        <w:rPr>
          <w:rFonts w:ascii="Arial" w:hAnsi="Arial"/>
          <w:b/>
        </w:rPr>
        <w:t xml:space="preserve">Ciclo: </w:t>
      </w:r>
      <w:r w:rsidRPr="00F62282">
        <w:rPr>
          <w:rFonts w:ascii="Arial" w:hAnsi="Arial"/>
        </w:rPr>
        <w:t>Coidados Auxiliares de Enfermaría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Nome e apelidos: </w:t>
      </w:r>
      <w:r w:rsidRPr="00F62282">
        <w:rPr>
          <w:rFonts w:ascii="Arial" w:hAnsi="Arial"/>
        </w:rPr>
        <w:t>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Grupo: </w:t>
      </w:r>
      <w:r w:rsidRPr="00F62282">
        <w:rPr>
          <w:rFonts w:ascii="Arial" w:hAnsi="Arial"/>
        </w:rPr>
        <w:t xml:space="preserve">____________     </w:t>
      </w:r>
      <w:r w:rsidRPr="00F62282">
        <w:rPr>
          <w:rFonts w:ascii="Arial" w:hAnsi="Arial"/>
          <w:b/>
        </w:rPr>
        <w:t xml:space="preserve">Data: </w:t>
      </w:r>
      <w:r w:rsidRPr="00F62282">
        <w:rPr>
          <w:rFonts w:ascii="Arial" w:hAnsi="Arial"/>
        </w:rPr>
        <w:t>____________</w:t>
      </w:r>
    </w:p>
    <w:p w:rsidR="0041596C" w:rsidRPr="00F62282" w:rsidRDefault="00E81A49">
      <w:pPr>
        <w:pStyle w:val="Ttulo1"/>
        <w:rPr>
          <w:rFonts w:ascii="Arial" w:hAnsi="Arial"/>
        </w:rPr>
      </w:pPr>
      <w:r w:rsidRPr="00F62282">
        <w:rPr>
          <w:rFonts w:ascii="Arial" w:hAnsi="Arial"/>
        </w:rPr>
        <w:t>1. Que é a</w:t>
      </w:r>
      <w:r w:rsidRPr="00F62282">
        <w:rPr>
          <w:rFonts w:ascii="Arial" w:hAnsi="Arial"/>
        </w:rPr>
        <w:t xml:space="preserve"> cultura empresarial?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A cultura empresarial é o conxunto de normas, valores, costumes, formas de comunicación e maneiras de actuar que caracterizan unha organización. Algunhas están escritas e outras apréndense coa experiencia e observando como se comporta</w:t>
      </w:r>
      <w:r w:rsidRPr="00F62282">
        <w:rPr>
          <w:rFonts w:ascii="Arial" w:hAnsi="Arial"/>
        </w:rPr>
        <w:t xml:space="preserve"> o resto do persoal.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IDEA CLAVE: </w:t>
      </w:r>
      <w:r w:rsidRPr="00F62282">
        <w:rPr>
          <w:rFonts w:ascii="Arial" w:hAnsi="Arial"/>
        </w:rPr>
        <w:t>Cultura empresarial = «a forma na que se fan as cousas nesta empresa».</w:t>
      </w:r>
    </w:p>
    <w:p w:rsidR="0041596C" w:rsidRPr="00F62282" w:rsidRDefault="00E81A49">
      <w:pPr>
        <w:pStyle w:val="Ttulo1"/>
        <w:rPr>
          <w:rFonts w:ascii="Arial" w:hAnsi="Arial"/>
        </w:rPr>
      </w:pPr>
      <w:r w:rsidRPr="00F62282">
        <w:rPr>
          <w:rFonts w:ascii="Arial" w:hAnsi="Arial"/>
        </w:rPr>
        <w:t>2. Situación inicial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 xml:space="preserve">Imaxina que comezas a traballar como TCAE nunha residencia de persoas maiores. O primeiro día entréganche o uniforme e explícanche </w:t>
      </w:r>
      <w:r w:rsidRPr="00F62282">
        <w:rPr>
          <w:rFonts w:ascii="Arial" w:hAnsi="Arial"/>
        </w:rPr>
        <w:t>os horarios e algúns protocolos. Despois duns días descobres que hai outras cousas que ninguén che explicou por escrito, pero que todo o persoal coñece e espera que cumpras.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Pregunta: </w:t>
      </w:r>
      <w:r w:rsidRPr="00F62282">
        <w:rPr>
          <w:rFonts w:ascii="Arial" w:hAnsi="Arial"/>
        </w:rPr>
        <w:t>Que cousas poden formar parte da cultura desa empresa aínda que non apar</w:t>
      </w:r>
      <w:r w:rsidRPr="00F62282">
        <w:rPr>
          <w:rFonts w:ascii="Arial" w:hAnsi="Arial"/>
        </w:rPr>
        <w:t>ezan nun documento oficial?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</w:t>
      </w:r>
      <w:r w:rsidRPr="00F62282">
        <w:rPr>
          <w:rFonts w:ascii="Arial" w:hAnsi="Arial"/>
        </w:rPr>
        <w:t>______________</w:t>
      </w:r>
    </w:p>
    <w:p w:rsidR="0041596C" w:rsidRPr="00F62282" w:rsidRDefault="00E81A49">
      <w:pPr>
        <w:pStyle w:val="Ttulo1"/>
        <w:rPr>
          <w:rFonts w:ascii="Arial" w:hAnsi="Arial"/>
        </w:rPr>
      </w:pPr>
      <w:r w:rsidRPr="00F62282">
        <w:rPr>
          <w:rFonts w:ascii="Arial" w:hAnsi="Arial"/>
        </w:rPr>
        <w:t>3. Clasificamos as situacións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Indica se cada situación é principalmente unha: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A = norma escrita/formal   B = norma non escrita/informal   C = valor   D = costume ou hábito</w:t>
      </w:r>
    </w:p>
    <w:tbl>
      <w:tblPr>
        <w:tblStyle w:val="Tablaconcuadrcula"/>
        <w:tblW w:w="0" w:type="auto"/>
        <w:jc w:val="center"/>
        <w:tblLook w:val="04A0"/>
      </w:tblPr>
      <w:tblGrid>
        <w:gridCol w:w="5100"/>
        <w:gridCol w:w="5100"/>
      </w:tblGrid>
      <w:tr w:rsidR="0041596C" w:rsidRPr="00F62282">
        <w:trPr>
          <w:jc w:val="center"/>
        </w:trPr>
        <w:tc>
          <w:tcPr>
            <w:tcW w:w="5100" w:type="dxa"/>
          </w:tcPr>
          <w:p w:rsidR="0041596C" w:rsidRPr="00E81A49" w:rsidRDefault="00E81A49">
            <w:pPr>
              <w:rPr>
                <w:rFonts w:ascii="Arial" w:hAnsi="Arial" w:hint="eastAsia"/>
                <w:b/>
              </w:rPr>
            </w:pPr>
            <w:r w:rsidRPr="00E81A49">
              <w:rPr>
                <w:rFonts w:ascii="Arial" w:hAnsi="Arial"/>
                <w:b/>
              </w:rPr>
              <w:t>Situación</w:t>
            </w:r>
          </w:p>
        </w:tc>
        <w:tc>
          <w:tcPr>
            <w:tcW w:w="5100" w:type="dxa"/>
          </w:tcPr>
          <w:p w:rsidR="0041596C" w:rsidRPr="00E81A49" w:rsidRDefault="00E81A49">
            <w:pPr>
              <w:rPr>
                <w:rFonts w:ascii="Arial" w:hAnsi="Arial" w:hint="eastAsia"/>
                <w:b/>
              </w:rPr>
            </w:pPr>
            <w:r w:rsidRPr="00E81A49">
              <w:rPr>
                <w:rFonts w:ascii="Arial" w:hAnsi="Arial"/>
                <w:b/>
              </w:rPr>
              <w:t>Clasificación (A/B/C/D)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É obrigatorio utilizar os EPI esta</w:t>
            </w:r>
            <w:r w:rsidRPr="00F62282">
              <w:rPr>
                <w:rFonts w:ascii="Arial" w:hAnsi="Arial"/>
              </w:rPr>
              <w:t>blecidos.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Todo o persoal saúda cando chega ao turno.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Trátase ás persoas usuarias con respecto e dignidade.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O persoal acostuma a axudarse cando hai moito traballo.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Hai que rexistrar determinadas incidencias.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Non está ben visto chegar tarde ás reunións aínda que non exista unha sanción específica.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A empresa considera prioritaria a atención centrada na persoa.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________</w:t>
            </w:r>
          </w:p>
        </w:tc>
      </w:tr>
      <w:tr w:rsidR="0041596C" w:rsidRPr="00F62282">
        <w:trPr>
          <w:jc w:val="center"/>
        </w:trPr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Antes de marchar, o persoal informa ao seguinte turno das cuestións importantes.</w:t>
            </w:r>
          </w:p>
        </w:tc>
        <w:tc>
          <w:tcPr>
            <w:tcW w:w="5100" w:type="dxa"/>
          </w:tcPr>
          <w:p w:rsidR="0041596C" w:rsidRPr="00F62282" w:rsidRDefault="00E81A49">
            <w:pPr>
              <w:rPr>
                <w:rFonts w:ascii="Arial" w:hAnsi="Arial" w:hint="eastAsia"/>
              </w:rPr>
            </w:pPr>
            <w:r w:rsidRPr="00F62282">
              <w:rPr>
                <w:rFonts w:ascii="Arial" w:hAnsi="Arial"/>
              </w:rPr>
              <w:t>_</w:t>
            </w:r>
            <w:r w:rsidRPr="00F62282">
              <w:rPr>
                <w:rFonts w:ascii="Arial" w:hAnsi="Arial"/>
              </w:rPr>
              <w:t>_______</w:t>
            </w:r>
          </w:p>
        </w:tc>
      </w:tr>
    </w:tbl>
    <w:p w:rsidR="0041596C" w:rsidRPr="00F62282" w:rsidRDefault="0041596C">
      <w:pPr>
        <w:rPr>
          <w:rFonts w:ascii="Arial" w:hAnsi="Arial" w:hint="eastAsia"/>
        </w:rPr>
      </w:pP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lastRenderedPageBreak/>
        <w:t xml:space="preserve">Importante: </w:t>
      </w:r>
      <w:r w:rsidRPr="00F62282">
        <w:rPr>
          <w:rFonts w:ascii="Arial" w:hAnsi="Arial"/>
        </w:rPr>
        <w:t>unha norma non escrita non é necesariamente unha norma legal. Pode ser unha expectativa, un costume ou unha maneira habitual de actuar dentro da organización.</w:t>
      </w:r>
    </w:p>
    <w:p w:rsidR="0041596C" w:rsidRPr="00F62282" w:rsidRDefault="00E81A49">
      <w:pPr>
        <w:pStyle w:val="Ttulo1"/>
        <w:rPr>
          <w:rFonts w:ascii="Arial" w:hAnsi="Arial"/>
        </w:rPr>
      </w:pPr>
      <w:r w:rsidRPr="00F62282">
        <w:rPr>
          <w:rFonts w:ascii="Arial" w:hAnsi="Arial"/>
        </w:rPr>
        <w:t>4. Creamos o «manual secreto» da nosa empresa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 xml:space="preserve">Traballade en grupos de 3-4 </w:t>
      </w:r>
      <w:r w:rsidRPr="00F62282">
        <w:rPr>
          <w:rFonts w:ascii="Arial" w:hAnsi="Arial"/>
        </w:rPr>
        <w:t>persoas. Imaxinade unha residencia, clínica ou centro sanitario.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Nome da empresa/centro: </w:t>
      </w:r>
      <w:r w:rsidRPr="00F62282">
        <w:rPr>
          <w:rFonts w:ascii="Arial" w:hAnsi="Arial"/>
        </w:rPr>
        <w:t>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Tipo de centro: </w:t>
      </w:r>
      <w:r w:rsidRPr="00F62282">
        <w:rPr>
          <w:rFonts w:ascii="Arial" w:hAnsi="Arial"/>
        </w:rPr>
        <w:t>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 xml:space="preserve">Como queremos que sexa a nosa empresa? </w:t>
      </w:r>
      <w:r w:rsidRPr="00F62282">
        <w:rPr>
          <w:rFonts w:ascii="Arial" w:hAnsi="Arial"/>
        </w:rPr>
        <w:t>__________________</w:t>
      </w:r>
      <w:r w:rsidRPr="00F62282">
        <w:rPr>
          <w:rFonts w:ascii="Arial" w:hAnsi="Arial"/>
        </w:rPr>
        <w:t>____________________________</w:t>
      </w:r>
    </w:p>
    <w:p w:rsidR="0041596C" w:rsidRPr="00F62282" w:rsidRDefault="0041596C">
      <w:pPr>
        <w:rPr>
          <w:rFonts w:ascii="Arial" w:hAnsi="Arial" w:hint="eastAsia"/>
        </w:rPr>
      </w:pP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A. Normas escritas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1. 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2. 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3. 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B. Normas non escritas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1. 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2. 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3. 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C. Valores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Escollede tres:</w:t>
      </w:r>
      <w:r w:rsidRPr="00F62282">
        <w:rPr>
          <w:rFonts w:ascii="Arial" w:hAnsi="Arial"/>
        </w:rPr>
        <w:t xml:space="preserve">  </w:t>
      </w:r>
      <w:r w:rsidRPr="00F62282">
        <w:t>☐</w:t>
      </w:r>
      <w:r w:rsidRPr="00F62282">
        <w:rPr>
          <w:rFonts w:ascii="Arial" w:hAnsi="Arial"/>
        </w:rPr>
        <w:t xml:space="preserve"> Respecto   </w:t>
      </w:r>
      <w:r w:rsidRPr="00F62282">
        <w:t>☐</w:t>
      </w:r>
      <w:r w:rsidRPr="00F62282">
        <w:rPr>
          <w:rFonts w:ascii="Arial" w:hAnsi="Arial"/>
        </w:rPr>
        <w:t xml:space="preserve"> Empatía   </w:t>
      </w:r>
      <w:r w:rsidRPr="00F62282">
        <w:t>☐</w:t>
      </w:r>
      <w:r w:rsidRPr="00F62282">
        <w:rPr>
          <w:rFonts w:ascii="Arial" w:hAnsi="Arial"/>
        </w:rPr>
        <w:t xml:space="preserve"> Responsabilidade   </w:t>
      </w:r>
      <w:r w:rsidRPr="00F62282">
        <w:t>☐</w:t>
      </w:r>
      <w:r w:rsidRPr="00F62282">
        <w:rPr>
          <w:rFonts w:ascii="Arial" w:hAnsi="Arial"/>
        </w:rPr>
        <w:t xml:space="preserve"> Traballo en equipo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/>
        </w:rPr>
        <w:t>☐</w:t>
      </w:r>
      <w:r w:rsidRPr="00F62282">
        <w:rPr>
          <w:rFonts w:ascii="Arial" w:hAnsi="Arial"/>
        </w:rPr>
        <w:t xml:space="preserve"> Igualdade   </w:t>
      </w:r>
      <w:r w:rsidRPr="00F62282">
        <w:t>☐</w:t>
      </w:r>
      <w:r w:rsidRPr="00F62282">
        <w:rPr>
          <w:rFonts w:ascii="Arial" w:hAnsi="Arial"/>
        </w:rPr>
        <w:t xml:space="preserve"> Confidencialidade   </w:t>
      </w:r>
      <w:r w:rsidRPr="00F62282">
        <w:t>☐</w:t>
      </w:r>
      <w:r w:rsidRPr="00F62282">
        <w:rPr>
          <w:rFonts w:ascii="Arial" w:hAnsi="Arial"/>
        </w:rPr>
        <w:t xml:space="preserve"> Profesionalidade   </w:t>
      </w:r>
      <w:r w:rsidRPr="00F62282">
        <w:t>☐</w:t>
      </w:r>
      <w:r w:rsidRPr="00F62282">
        <w:rPr>
          <w:rFonts w:ascii="Arial" w:hAnsi="Arial"/>
        </w:rPr>
        <w:t xml:space="preserve"> Solidariedade   </w:t>
      </w:r>
      <w:r w:rsidRPr="00F62282">
        <w:t>☐</w:t>
      </w:r>
      <w:r w:rsidRPr="00F62282">
        <w:rPr>
          <w:rFonts w:ascii="Arial" w:hAnsi="Arial"/>
        </w:rPr>
        <w:t xml:space="preserve"> Outro: 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D. Como nos comunicamos?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Como se comunican os cambios de turno?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</w:t>
      </w:r>
      <w:r w:rsidRPr="00F62282">
        <w:rPr>
          <w:rFonts w:ascii="Arial" w:hAnsi="Arial"/>
        </w:rPr>
        <w:t>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Como se comunican os problemas ou incidencias?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Como se trata ás persoas usuarias?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</w:t>
      </w:r>
      <w:r w:rsidRPr="00F62282">
        <w:rPr>
          <w:rFonts w:ascii="Arial" w:hAnsi="Arial"/>
        </w:rPr>
        <w:t>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Como se relacionan os compañeiros e compañeiras?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pStyle w:val="Ttulo1"/>
        <w:rPr>
          <w:rFonts w:ascii="Arial" w:hAnsi="Arial"/>
        </w:rPr>
      </w:pPr>
      <w:r w:rsidRPr="00F62282">
        <w:rPr>
          <w:rFonts w:ascii="Arial" w:hAnsi="Arial"/>
        </w:rPr>
        <w:lastRenderedPageBreak/>
        <w:t>5. Reto final: «Chega unha persoa nova»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Representade durante 1-2 minutos unha situaci</w:t>
      </w:r>
      <w:r w:rsidRPr="00F62282">
        <w:rPr>
          <w:rFonts w:ascii="Arial" w:hAnsi="Arial"/>
        </w:rPr>
        <w:t>ón na que chega un TCAE novo á empresa e non coñece a súa cultura. Na escena debe aparecer polo menos unha norma escrita, unha norma non escrita e un valor.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Personaxes: 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 xml:space="preserve">Norma escrita que </w:t>
      </w:r>
      <w:r w:rsidRPr="00F62282">
        <w:rPr>
          <w:rFonts w:ascii="Arial" w:hAnsi="Arial"/>
        </w:rPr>
        <w:t>aparece: 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Norma non escrita que aparece: 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Valor que aparece: _______________________________________________________________</w:t>
      </w:r>
    </w:p>
    <w:p w:rsidR="0041596C" w:rsidRPr="00F62282" w:rsidRDefault="00E81A49">
      <w:pPr>
        <w:pStyle w:val="Ttulo1"/>
        <w:rPr>
          <w:rFonts w:ascii="Arial" w:hAnsi="Arial"/>
        </w:rPr>
      </w:pPr>
      <w:r w:rsidRPr="00F62282">
        <w:rPr>
          <w:rFonts w:ascii="Arial" w:hAnsi="Arial"/>
        </w:rPr>
        <w:t>6. Reflexión final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Que dife</w:t>
      </w:r>
      <w:r w:rsidRPr="00F62282">
        <w:rPr>
          <w:rFonts w:ascii="Arial" w:hAnsi="Arial"/>
          <w:b/>
        </w:rPr>
        <w:t>renza atopas entre unha norma escrita e unha norma non escrita?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Por que é importante que un TC</w:t>
      </w:r>
      <w:r w:rsidRPr="00F62282">
        <w:rPr>
          <w:rFonts w:ascii="Arial" w:hAnsi="Arial"/>
          <w:b/>
        </w:rPr>
        <w:t>AE coñeza a cultura do centro no que traballa?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  <w:b/>
        </w:rPr>
        <w:t>Que valor consideras máis importante nun equipo</w:t>
      </w:r>
      <w:r w:rsidRPr="00F62282">
        <w:rPr>
          <w:rFonts w:ascii="Arial" w:hAnsi="Arial"/>
          <w:b/>
        </w:rPr>
        <w:t xml:space="preserve"> sanitario? Por que?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E81A49">
      <w:pPr>
        <w:rPr>
          <w:rFonts w:ascii="Arial" w:hAnsi="Arial" w:hint="eastAsia"/>
        </w:rPr>
      </w:pPr>
      <w:r w:rsidRPr="00F62282">
        <w:rPr>
          <w:rFonts w:ascii="Arial" w:hAnsi="Arial"/>
        </w:rPr>
        <w:t>________________________________________________________________________________</w:t>
      </w:r>
    </w:p>
    <w:p w:rsidR="0041596C" w:rsidRPr="00F62282" w:rsidRDefault="0041596C">
      <w:pPr>
        <w:rPr>
          <w:rFonts w:ascii="Arial" w:hAnsi="Arial" w:hint="eastAsia"/>
        </w:rPr>
      </w:pPr>
    </w:p>
    <w:p w:rsidR="0041596C" w:rsidRPr="00F62282" w:rsidRDefault="00E81A49">
      <w:pPr>
        <w:jc w:val="center"/>
        <w:rPr>
          <w:rFonts w:ascii="Arial" w:hAnsi="Arial" w:hint="eastAsia"/>
        </w:rPr>
      </w:pPr>
      <w:r w:rsidRPr="00F62282">
        <w:rPr>
          <w:rFonts w:ascii="Arial" w:hAnsi="Arial"/>
          <w:b/>
        </w:rPr>
        <w:t>Lembra: a cultura dunha empresa inflúe na forma de traballar, comunicars</w:t>
      </w:r>
      <w:r w:rsidRPr="00F62282">
        <w:rPr>
          <w:rFonts w:ascii="Arial" w:hAnsi="Arial"/>
          <w:b/>
        </w:rPr>
        <w:t>e e relacionarse.</w:t>
      </w:r>
    </w:p>
    <w:sectPr w:rsidR="0041596C" w:rsidRPr="00F62282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1596C"/>
    <w:rsid w:val="00AA1D8D"/>
    <w:rsid w:val="00B47730"/>
    <w:rsid w:val="00CB0664"/>
    <w:rsid w:val="00E81A49"/>
    <w:rsid w:val="00F6228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789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5124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3</cp:revision>
  <dcterms:created xsi:type="dcterms:W3CDTF">2026-09-14T10:42:00Z</dcterms:created>
  <dcterms:modified xsi:type="dcterms:W3CDTF">2026-09-14T10:42:00Z</dcterms:modified>
</cp:coreProperties>
</file>