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593" w:rsidRDefault="00A718B6">
      <w:pPr>
        <w:jc w:val="center"/>
        <w:rPr>
          <w:rFonts w:hint="eastAsia"/>
        </w:rPr>
      </w:pPr>
      <w:r>
        <w:rPr>
          <w:b/>
          <w:sz w:val="36"/>
        </w:rPr>
        <w:t>AS SOFT SKILLS DUN BO AUXILIAR DE ENFERMERÍA</w:t>
      </w:r>
    </w:p>
    <w:p w:rsidR="00555593" w:rsidRDefault="00A718B6">
      <w:pPr>
        <w:jc w:val="center"/>
        <w:rPr>
          <w:rFonts w:hint="eastAsia"/>
        </w:rPr>
      </w:pPr>
      <w:r>
        <w:rPr>
          <w:i/>
          <w:sz w:val="22"/>
        </w:rPr>
        <w:t>Ficha de actividade – FOL · Coidados Auxiliares de Enfermería</w:t>
      </w:r>
    </w:p>
    <w:tbl>
      <w:tblPr>
        <w:tblStyle w:val="Tablaconcuadrcula"/>
        <w:tblW w:w="0" w:type="auto"/>
        <w:jc w:val="center"/>
        <w:tblLook w:val="04A0"/>
      </w:tblPr>
      <w:tblGrid>
        <w:gridCol w:w="2550"/>
        <w:gridCol w:w="2550"/>
        <w:gridCol w:w="2550"/>
        <w:gridCol w:w="2550"/>
      </w:tblGrid>
      <w:tr w:rsidR="00555593">
        <w:trPr>
          <w:jc w:val="center"/>
        </w:trPr>
        <w:tc>
          <w:tcPr>
            <w:tcW w:w="2550" w:type="dxa"/>
            <w:shd w:val="clear" w:color="auto" w:fill="EDEDED"/>
            <w:vAlign w:val="center"/>
          </w:tcPr>
          <w:p w:rsidR="00555593" w:rsidRDefault="00A718B6">
            <w:pPr>
              <w:rPr>
                <w:rFonts w:hint="eastAsia"/>
              </w:rPr>
            </w:pPr>
            <w:r>
              <w:rPr>
                <w:b/>
                <w:sz w:val="19"/>
              </w:rPr>
              <w:t>Nome e apelidos</w:t>
            </w:r>
          </w:p>
        </w:tc>
        <w:tc>
          <w:tcPr>
            <w:tcW w:w="2550" w:type="dxa"/>
            <w:shd w:val="clear" w:color="auto" w:fill="EDEDED"/>
            <w:vAlign w:val="center"/>
          </w:tcPr>
          <w:p w:rsidR="00555593" w:rsidRDefault="00A718B6">
            <w:pPr>
              <w:rPr>
                <w:rFonts w:hint="eastAsia"/>
              </w:rPr>
            </w:pPr>
            <w:r>
              <w:rPr>
                <w:b/>
                <w:sz w:val="19"/>
              </w:rPr>
              <w:t>Data</w:t>
            </w:r>
          </w:p>
        </w:tc>
        <w:tc>
          <w:tcPr>
            <w:tcW w:w="2550" w:type="dxa"/>
            <w:shd w:val="clear" w:color="auto" w:fill="EDEDED"/>
            <w:vAlign w:val="center"/>
          </w:tcPr>
          <w:p w:rsidR="00555593" w:rsidRDefault="00A718B6">
            <w:pPr>
              <w:rPr>
                <w:rFonts w:hint="eastAsia"/>
              </w:rPr>
            </w:pPr>
            <w:r>
              <w:rPr>
                <w:b/>
                <w:sz w:val="19"/>
              </w:rPr>
              <w:t>Grupo</w:t>
            </w:r>
          </w:p>
        </w:tc>
        <w:tc>
          <w:tcPr>
            <w:tcW w:w="2550" w:type="dxa"/>
            <w:shd w:val="clear" w:color="auto" w:fill="EDEDED"/>
            <w:vAlign w:val="center"/>
          </w:tcPr>
          <w:p w:rsidR="00555593" w:rsidRDefault="00A718B6">
            <w:pPr>
              <w:rPr>
                <w:rFonts w:hint="eastAsia"/>
              </w:rPr>
            </w:pPr>
            <w:r>
              <w:rPr>
                <w:b/>
                <w:sz w:val="19"/>
              </w:rPr>
              <w:t>Duración</w:t>
            </w:r>
          </w:p>
        </w:tc>
      </w:tr>
      <w:tr w:rsidR="00555593">
        <w:trPr>
          <w:jc w:val="center"/>
        </w:trPr>
        <w:tc>
          <w:tcPr>
            <w:tcW w:w="2550" w:type="dxa"/>
            <w:vAlign w:val="center"/>
          </w:tcPr>
          <w:p w:rsidR="00555593" w:rsidRDefault="00555593">
            <w:pPr>
              <w:rPr>
                <w:rFonts w:hint="eastAsia"/>
              </w:rPr>
            </w:pPr>
          </w:p>
        </w:tc>
        <w:tc>
          <w:tcPr>
            <w:tcW w:w="2550" w:type="dxa"/>
            <w:vAlign w:val="center"/>
          </w:tcPr>
          <w:p w:rsidR="00555593" w:rsidRDefault="00A718B6">
            <w:pPr>
              <w:rPr>
                <w:rFonts w:hint="eastAsia"/>
              </w:rPr>
            </w:pPr>
            <w:r>
              <w:rPr>
                <w:sz w:val="19"/>
              </w:rPr>
              <w:t>____________</w:t>
            </w:r>
          </w:p>
        </w:tc>
        <w:tc>
          <w:tcPr>
            <w:tcW w:w="2550" w:type="dxa"/>
            <w:vAlign w:val="center"/>
          </w:tcPr>
          <w:p w:rsidR="00555593" w:rsidRDefault="00A718B6">
            <w:pPr>
              <w:rPr>
                <w:rFonts w:hint="eastAsia"/>
              </w:rPr>
            </w:pPr>
            <w:r>
              <w:rPr>
                <w:sz w:val="19"/>
              </w:rPr>
              <w:t>____________</w:t>
            </w:r>
          </w:p>
        </w:tc>
        <w:tc>
          <w:tcPr>
            <w:tcW w:w="2550" w:type="dxa"/>
            <w:vAlign w:val="center"/>
          </w:tcPr>
          <w:p w:rsidR="00555593" w:rsidRDefault="00A718B6">
            <w:pPr>
              <w:rPr>
                <w:rFonts w:hint="eastAsia"/>
              </w:rPr>
            </w:pPr>
            <w:r>
              <w:rPr>
                <w:sz w:val="19"/>
              </w:rPr>
              <w:t>50 minutos</w:t>
            </w:r>
          </w:p>
        </w:tc>
      </w:tr>
    </w:tbl>
    <w:p w:rsidR="00555593" w:rsidRDefault="00A718B6">
      <w:pPr>
        <w:pStyle w:val="Ttulo1"/>
      </w:pPr>
      <w:r>
        <w:t>1. Que son as soft skills?</w:t>
      </w:r>
    </w:p>
    <w:p w:rsidR="00555593" w:rsidRDefault="00A718B6">
      <w:pPr>
        <w:rPr>
          <w:rFonts w:hint="eastAsia"/>
        </w:rPr>
      </w:pPr>
      <w:r>
        <w:t xml:space="preserve">As soft skills ou competencias persoais e </w:t>
      </w:r>
      <w:r>
        <w:t>sociais son capacidades que nos axudan a relacionarnos cos demais, afrontar situacións profesionais e traballar de maneira eficaz.</w:t>
      </w:r>
    </w:p>
    <w:p w:rsidR="00555593" w:rsidRDefault="00A718B6">
      <w:pPr>
        <w:rPr>
          <w:rFonts w:hint="eastAsia"/>
        </w:rPr>
      </w:pPr>
      <w:r>
        <w:t>Nun/ha auxiliar de enfermería son especialmente importantes:</w:t>
      </w:r>
    </w:p>
    <w:p w:rsidR="00555593" w:rsidRDefault="00A718B6">
      <w:pPr>
        <w:rPr>
          <w:rFonts w:hint="eastAsia"/>
        </w:rPr>
      </w:pPr>
      <w:r>
        <w:t>Comunicación · Escoita activa · Empatía · Traballo en equipo · X</w:t>
      </w:r>
      <w:r>
        <w:t>estión das emocións · Resolución de conflitos · Responsabilidade · Organización · Capacidade de adaptación</w:t>
      </w:r>
    </w:p>
    <w:p w:rsidR="00555593" w:rsidRDefault="00A718B6">
      <w:pPr>
        <w:pStyle w:val="Ttulo1"/>
      </w:pPr>
      <w:r>
        <w:t>2. O reto: «Como actuaría un bo profesional?»</w:t>
      </w:r>
    </w:p>
    <w:p w:rsidR="00555593" w:rsidRDefault="00A718B6">
      <w:pPr>
        <w:rPr>
          <w:rFonts w:hint="eastAsia"/>
        </w:rPr>
      </w:pPr>
      <w:r>
        <w:t>Formade grupos de 3 ou 4 persoas.</w:t>
      </w:r>
      <w:r>
        <w:t xml:space="preserve"> Teredes que:</w:t>
      </w:r>
    </w:p>
    <w:p w:rsidR="00555593" w:rsidRDefault="00A718B6">
      <w:pPr>
        <w:pStyle w:val="Listaconnmeros"/>
        <w:rPr>
          <w:rFonts w:hint="eastAsia"/>
        </w:rPr>
      </w:pPr>
      <w:r>
        <w:t xml:space="preserve">Ler atentamente </w:t>
      </w:r>
      <w:r>
        <w:t>a situación.</w:t>
      </w:r>
    </w:p>
    <w:p w:rsidR="00555593" w:rsidRDefault="00A718B6">
      <w:pPr>
        <w:pStyle w:val="Listaconnmeros"/>
        <w:rPr>
          <w:rFonts w:hint="eastAsia"/>
        </w:rPr>
      </w:pPr>
      <w:r>
        <w:t>Identificar as soft skills necesarias.</w:t>
      </w:r>
    </w:p>
    <w:p w:rsidR="00555593" w:rsidRDefault="00A718B6">
      <w:pPr>
        <w:pStyle w:val="Listaconnmeros"/>
        <w:rPr>
          <w:rFonts w:hint="eastAsia"/>
        </w:rPr>
      </w:pPr>
      <w:r>
        <w:t>Preparar unha representación de 2-3 minutos.</w:t>
      </w:r>
    </w:p>
    <w:p w:rsidR="00555593" w:rsidRDefault="00A718B6">
      <w:pPr>
        <w:pStyle w:val="Listaconnmeros"/>
        <w:rPr>
          <w:rFonts w:hint="eastAsia"/>
        </w:rPr>
      </w:pPr>
      <w:r>
        <w:t>Representar primeiro unha resposta incorrecta ou pouco profesional.</w:t>
      </w:r>
    </w:p>
    <w:p w:rsidR="00555593" w:rsidRDefault="00A718B6">
      <w:pPr>
        <w:pStyle w:val="Listaconnmeros"/>
        <w:rPr>
          <w:rFonts w:hint="eastAsia"/>
        </w:rPr>
      </w:pPr>
      <w:r>
        <w:t>Representar despois a resposta adecuada, aplicando as soft skills.</w:t>
      </w:r>
    </w:p>
    <w:p w:rsidR="00555593" w:rsidRDefault="00A718B6">
      <w:pPr>
        <w:pStyle w:val="Ttulo2"/>
      </w:pPr>
      <w:r>
        <w:t>SITUACIÓN 1 · «Estou far</w:t>
      </w:r>
      <w:r>
        <w:t>to de esperar!»</w:t>
      </w:r>
    </w:p>
    <w:p w:rsidR="00555593" w:rsidRDefault="00A718B6">
      <w:pPr>
        <w:rPr>
          <w:rFonts w:hint="eastAsia"/>
        </w:rPr>
      </w:pPr>
      <w:r>
        <w:t>Un paciente leva bastante tempo esperando e está moi enfadado. Cando te achegas, fala contigo de maneira desagradable e reclama que ninguén o atende.</w:t>
      </w:r>
    </w:p>
    <w:p w:rsidR="00555593" w:rsidRDefault="00A718B6">
      <w:pPr>
        <w:rPr>
          <w:rFonts w:hint="eastAsia"/>
        </w:rPr>
      </w:pPr>
      <w:r>
        <w:rPr>
          <w:b/>
        </w:rPr>
        <w:t xml:space="preserve">Soft skills: </w:t>
      </w:r>
      <w:r>
        <w:t>Comunicación · Empatía · Escoita activa · Autocontrol · Resolución de conflit</w:t>
      </w:r>
      <w:r>
        <w:t>os</w:t>
      </w:r>
    </w:p>
    <w:p w:rsidR="00555593" w:rsidRDefault="00A718B6">
      <w:pPr>
        <w:rPr>
          <w:rFonts w:hint="eastAsia"/>
        </w:rPr>
      </w:pPr>
      <w:r>
        <w:rPr>
          <w:b/>
        </w:rPr>
        <w:t>Como NON deberiamos actuar?</w:t>
      </w:r>
    </w:p>
    <w:p w:rsidR="00555593" w:rsidRDefault="00A718B6">
      <w:pPr>
        <w:rPr>
          <w:rFonts w:hint="eastAsia"/>
        </w:rPr>
      </w:pPr>
      <w:r>
        <w:t>________________________________________________________________________________</w:t>
      </w:r>
    </w:p>
    <w:p w:rsidR="00555593" w:rsidRDefault="00A718B6">
      <w:pPr>
        <w:rPr>
          <w:rFonts w:hint="eastAsia"/>
        </w:rPr>
      </w:pPr>
      <w:r>
        <w:t>________________________________________________________________________________</w:t>
      </w:r>
    </w:p>
    <w:p w:rsidR="00555593" w:rsidRDefault="00A718B6">
      <w:pPr>
        <w:rPr>
          <w:rFonts w:hint="eastAsia"/>
        </w:rPr>
      </w:pPr>
      <w:r>
        <w:rPr>
          <w:b/>
        </w:rPr>
        <w:t>Como debería actuar un/ha profesional?</w:t>
      </w:r>
    </w:p>
    <w:p w:rsidR="00555593" w:rsidRDefault="00A718B6">
      <w:pPr>
        <w:rPr>
          <w:rFonts w:hint="eastAsia"/>
        </w:rPr>
      </w:pPr>
      <w:r>
        <w:t>________________________</w:t>
      </w:r>
      <w:r>
        <w:t>________________________________________________________</w:t>
      </w:r>
    </w:p>
    <w:p w:rsidR="00555593" w:rsidRDefault="00A718B6">
      <w:pPr>
        <w:rPr>
          <w:rFonts w:hint="eastAsia"/>
        </w:rPr>
      </w:pPr>
      <w:r>
        <w:t>________________________________________________________________________________</w:t>
      </w:r>
    </w:p>
    <w:p w:rsidR="00555593" w:rsidRDefault="00A718B6">
      <w:pPr>
        <w:pStyle w:val="Ttulo2"/>
      </w:pPr>
      <w:r>
        <w:t>SITUACIÓN 2 · «Temos moito traballo»</w:t>
      </w:r>
    </w:p>
    <w:p w:rsidR="00555593" w:rsidRDefault="00A718B6">
      <w:pPr>
        <w:rPr>
          <w:rFonts w:hint="eastAsia"/>
        </w:rPr>
      </w:pPr>
      <w:r>
        <w:t>Na planta hai moitas tarefas pendentes. Unha compañeira pídete axuda, pero ti tam</w:t>
      </w:r>
      <w:r>
        <w:t>én tes varias tarefas que realizar.</w:t>
      </w:r>
    </w:p>
    <w:p w:rsidR="00555593" w:rsidRDefault="00A718B6">
      <w:pPr>
        <w:rPr>
          <w:rFonts w:hint="eastAsia"/>
        </w:rPr>
      </w:pPr>
      <w:r>
        <w:rPr>
          <w:b/>
        </w:rPr>
        <w:t xml:space="preserve">Soft skills: </w:t>
      </w:r>
      <w:r>
        <w:t>Comunicación · Traballo en equipo · Organización · Responsabilidade · Adaptación</w:t>
      </w:r>
    </w:p>
    <w:p w:rsidR="00555593" w:rsidRDefault="00A718B6">
      <w:pPr>
        <w:rPr>
          <w:rFonts w:hint="eastAsia"/>
        </w:rPr>
      </w:pPr>
      <w:r>
        <w:rPr>
          <w:b/>
        </w:rPr>
        <w:t>Como NON deberiamos actuar?</w:t>
      </w:r>
    </w:p>
    <w:p w:rsidR="00555593" w:rsidRDefault="00A718B6">
      <w:pPr>
        <w:rPr>
          <w:rFonts w:hint="eastAsia"/>
        </w:rPr>
      </w:pPr>
      <w:r>
        <w:t>________________________________________________________________________________</w:t>
      </w:r>
    </w:p>
    <w:p w:rsidR="00555593" w:rsidRDefault="00A718B6">
      <w:pPr>
        <w:rPr>
          <w:rFonts w:hint="eastAsia"/>
        </w:rPr>
      </w:pPr>
      <w:r>
        <w:lastRenderedPageBreak/>
        <w:t>_________________</w:t>
      </w:r>
      <w:r>
        <w:t>_______________________________________________________________</w:t>
      </w:r>
    </w:p>
    <w:p w:rsidR="00555593" w:rsidRDefault="00A718B6">
      <w:pPr>
        <w:rPr>
          <w:rFonts w:hint="eastAsia"/>
        </w:rPr>
      </w:pPr>
      <w:r>
        <w:rPr>
          <w:b/>
        </w:rPr>
        <w:t>Como debería actuar un/ha profesional?</w:t>
      </w:r>
    </w:p>
    <w:p w:rsidR="00555593" w:rsidRDefault="00A718B6">
      <w:pPr>
        <w:rPr>
          <w:rFonts w:hint="eastAsia"/>
        </w:rPr>
      </w:pPr>
      <w:r>
        <w:t>________________________________________________________________________________</w:t>
      </w:r>
    </w:p>
    <w:p w:rsidR="00555593" w:rsidRDefault="00A718B6">
      <w:pPr>
        <w:rPr>
          <w:rFonts w:hint="eastAsia"/>
        </w:rPr>
      </w:pPr>
      <w:r>
        <w:t>________________________________________________________________________________</w:t>
      </w:r>
    </w:p>
    <w:p w:rsidR="00555593" w:rsidRDefault="00A718B6">
      <w:pPr>
        <w:pStyle w:val="Ttulo2"/>
      </w:pPr>
      <w:r>
        <w:t>SITUACIÓN 3 · «Teño moito medo»</w:t>
      </w:r>
    </w:p>
    <w:p w:rsidR="00555593" w:rsidRDefault="00A718B6">
      <w:pPr>
        <w:rPr>
          <w:rFonts w:hint="eastAsia"/>
        </w:rPr>
      </w:pPr>
      <w:r>
        <w:t>Unha persoa maior está nerviosa antes dunha proba médica. Dille ao/á auxiliar que ten medo e que non quere realizala.</w:t>
      </w:r>
    </w:p>
    <w:p w:rsidR="00555593" w:rsidRDefault="00A718B6">
      <w:pPr>
        <w:rPr>
          <w:rFonts w:hint="eastAsia"/>
        </w:rPr>
      </w:pPr>
      <w:r>
        <w:rPr>
          <w:b/>
        </w:rPr>
        <w:t xml:space="preserve">Soft skills: </w:t>
      </w:r>
      <w:r>
        <w:t>Empatía · Es</w:t>
      </w:r>
      <w:r>
        <w:t>coita activa · Comunicación · Paciencia · Xestión emocional</w:t>
      </w:r>
    </w:p>
    <w:p w:rsidR="00555593" w:rsidRDefault="00A718B6">
      <w:pPr>
        <w:rPr>
          <w:rFonts w:hint="eastAsia"/>
        </w:rPr>
      </w:pPr>
      <w:r>
        <w:rPr>
          <w:b/>
        </w:rPr>
        <w:t>Como NON deberiamos actuar?</w:t>
      </w:r>
    </w:p>
    <w:p w:rsidR="00555593" w:rsidRDefault="00A718B6">
      <w:pPr>
        <w:rPr>
          <w:rFonts w:hint="eastAsia"/>
        </w:rPr>
      </w:pPr>
      <w:r>
        <w:t>________________________________________________________________________________</w:t>
      </w:r>
    </w:p>
    <w:p w:rsidR="00555593" w:rsidRDefault="00A718B6">
      <w:pPr>
        <w:rPr>
          <w:rFonts w:hint="eastAsia"/>
        </w:rPr>
      </w:pPr>
      <w:r>
        <w:t>________________________________________________________________________________</w:t>
      </w:r>
    </w:p>
    <w:p w:rsidR="00555593" w:rsidRDefault="00A718B6">
      <w:pPr>
        <w:rPr>
          <w:rFonts w:hint="eastAsia"/>
        </w:rPr>
      </w:pPr>
      <w:r>
        <w:rPr>
          <w:b/>
        </w:rPr>
        <w:t xml:space="preserve">Como </w:t>
      </w:r>
      <w:r>
        <w:rPr>
          <w:b/>
        </w:rPr>
        <w:t>debería actuar un/ha profesional?</w:t>
      </w:r>
    </w:p>
    <w:p w:rsidR="00555593" w:rsidRDefault="00A718B6">
      <w:pPr>
        <w:rPr>
          <w:rFonts w:hint="eastAsia"/>
        </w:rPr>
      </w:pPr>
      <w:r>
        <w:t>________________________________________________________________________________</w:t>
      </w:r>
    </w:p>
    <w:p w:rsidR="00555593" w:rsidRDefault="00A718B6">
      <w:pPr>
        <w:rPr>
          <w:rFonts w:hint="eastAsia"/>
        </w:rPr>
      </w:pPr>
      <w:r>
        <w:t>________________________________________________________________________________</w:t>
      </w:r>
    </w:p>
    <w:p w:rsidR="00555593" w:rsidRDefault="00A718B6">
      <w:pPr>
        <w:pStyle w:val="Ttulo2"/>
      </w:pPr>
      <w:r>
        <w:t>SITUACIÓN 4 · «Creo que cometemos un erro»</w:t>
      </w:r>
    </w:p>
    <w:p w:rsidR="00555593" w:rsidRDefault="00A718B6">
      <w:pPr>
        <w:rPr>
          <w:rFonts w:hint="eastAsia"/>
        </w:rPr>
      </w:pPr>
      <w:r>
        <w:t>Observas que un c</w:t>
      </w:r>
      <w:r>
        <w:t>ompañeiro cometeu un erro nunha tarefa e non se decatou.</w:t>
      </w:r>
    </w:p>
    <w:p w:rsidR="00555593" w:rsidRDefault="00A718B6">
      <w:pPr>
        <w:rPr>
          <w:rFonts w:hint="eastAsia"/>
        </w:rPr>
      </w:pPr>
      <w:r>
        <w:rPr>
          <w:b/>
        </w:rPr>
        <w:t xml:space="preserve">Soft skills: </w:t>
      </w:r>
      <w:r>
        <w:t>Comunicación asertiva · Responsabilidade · Traballo en equipo · Empatía · Resolución de problemas</w:t>
      </w:r>
    </w:p>
    <w:p w:rsidR="00555593" w:rsidRDefault="00A718B6">
      <w:pPr>
        <w:rPr>
          <w:rFonts w:hint="eastAsia"/>
        </w:rPr>
      </w:pPr>
      <w:r>
        <w:rPr>
          <w:b/>
        </w:rPr>
        <w:t>Como NON deberiamos actuar?</w:t>
      </w:r>
    </w:p>
    <w:p w:rsidR="00555593" w:rsidRDefault="00A718B6">
      <w:pPr>
        <w:rPr>
          <w:rFonts w:hint="eastAsia"/>
        </w:rPr>
      </w:pPr>
      <w:r>
        <w:t>____________________________________________________________</w:t>
      </w:r>
      <w:r>
        <w:t>____________________</w:t>
      </w:r>
    </w:p>
    <w:p w:rsidR="00555593" w:rsidRDefault="00A718B6">
      <w:pPr>
        <w:rPr>
          <w:rFonts w:hint="eastAsia"/>
        </w:rPr>
      </w:pPr>
      <w:r>
        <w:t>________________________________________________________________________________</w:t>
      </w:r>
    </w:p>
    <w:p w:rsidR="00555593" w:rsidRDefault="00A718B6">
      <w:pPr>
        <w:rPr>
          <w:rFonts w:hint="eastAsia"/>
        </w:rPr>
      </w:pPr>
      <w:r>
        <w:rPr>
          <w:b/>
        </w:rPr>
        <w:t>Como debería actuar un/ha profesional?</w:t>
      </w:r>
    </w:p>
    <w:p w:rsidR="00555593" w:rsidRDefault="00A718B6">
      <w:pPr>
        <w:rPr>
          <w:rFonts w:hint="eastAsia"/>
        </w:rPr>
      </w:pPr>
      <w:r>
        <w:t>________________________________________________________________________________</w:t>
      </w:r>
    </w:p>
    <w:p w:rsidR="00555593" w:rsidRDefault="00A718B6">
      <w:pPr>
        <w:rPr>
          <w:rFonts w:hint="eastAsia"/>
        </w:rPr>
      </w:pPr>
      <w:r>
        <w:t>__________________________________</w:t>
      </w:r>
      <w:r>
        <w:t>______________________________________________</w:t>
      </w:r>
    </w:p>
    <w:p w:rsidR="00555593" w:rsidRDefault="00A718B6">
      <w:pPr>
        <w:pStyle w:val="Ttulo2"/>
      </w:pPr>
      <w:r>
        <w:t>SITUACIÓN 5 · «Hoxe non é o meu día»</w:t>
      </w:r>
    </w:p>
    <w:p w:rsidR="00555593" w:rsidRDefault="00A718B6">
      <w:pPr>
        <w:rPr>
          <w:rFonts w:hint="eastAsia"/>
        </w:rPr>
      </w:pPr>
      <w:r>
        <w:t>Chegas ao traballo preocupado/a por un problema persoal. Estás cansado/a e de mal humor, pero tes que atender os pacientes e traballar co resto do equipo.</w:t>
      </w:r>
    </w:p>
    <w:p w:rsidR="00555593" w:rsidRDefault="00A718B6">
      <w:pPr>
        <w:rPr>
          <w:rFonts w:hint="eastAsia"/>
        </w:rPr>
      </w:pPr>
      <w:r>
        <w:rPr>
          <w:b/>
        </w:rPr>
        <w:t xml:space="preserve">Soft skills: </w:t>
      </w:r>
      <w:r>
        <w:t>Auto</w:t>
      </w:r>
      <w:r>
        <w:t>control · Responsabilidade · Xestión emocional · Comunicación · Profesionalidade</w:t>
      </w:r>
    </w:p>
    <w:p w:rsidR="00555593" w:rsidRDefault="00A718B6">
      <w:pPr>
        <w:rPr>
          <w:rFonts w:hint="eastAsia"/>
        </w:rPr>
      </w:pPr>
      <w:r>
        <w:rPr>
          <w:b/>
        </w:rPr>
        <w:t>Como NON deberiamos actuar?</w:t>
      </w:r>
    </w:p>
    <w:p w:rsidR="00555593" w:rsidRDefault="00A718B6">
      <w:pPr>
        <w:rPr>
          <w:rFonts w:hint="eastAsia"/>
        </w:rPr>
      </w:pPr>
      <w:r>
        <w:t>________________________________________________________________________________</w:t>
      </w:r>
    </w:p>
    <w:p w:rsidR="00555593" w:rsidRDefault="00A718B6">
      <w:pPr>
        <w:rPr>
          <w:rFonts w:hint="eastAsia"/>
        </w:rPr>
      </w:pPr>
      <w:r>
        <w:t>__________________________________________________________________</w:t>
      </w:r>
      <w:r>
        <w:t>______________</w:t>
      </w:r>
    </w:p>
    <w:p w:rsidR="00555593" w:rsidRDefault="00A718B6">
      <w:pPr>
        <w:rPr>
          <w:rFonts w:hint="eastAsia"/>
        </w:rPr>
      </w:pPr>
      <w:r>
        <w:rPr>
          <w:b/>
        </w:rPr>
        <w:t>Como debería actuar un/ha profesional?</w:t>
      </w:r>
    </w:p>
    <w:p w:rsidR="00555593" w:rsidRDefault="00A718B6">
      <w:pPr>
        <w:rPr>
          <w:rFonts w:hint="eastAsia"/>
        </w:rPr>
      </w:pPr>
      <w:r>
        <w:t>________________________________________________________________________________</w:t>
      </w:r>
    </w:p>
    <w:p w:rsidR="00555593" w:rsidRDefault="00A718B6">
      <w:pPr>
        <w:rPr>
          <w:rFonts w:hint="eastAsia"/>
        </w:rPr>
      </w:pPr>
      <w:r>
        <w:lastRenderedPageBreak/>
        <w:t>________________________________________________________________________________</w:t>
      </w:r>
    </w:p>
    <w:p w:rsidR="00555593" w:rsidRDefault="00A718B6">
      <w:pPr>
        <w:pStyle w:val="Ttulo1"/>
      </w:pPr>
      <w:r>
        <w:t>3. Reflexionamos</w:t>
      </w:r>
    </w:p>
    <w:p w:rsidR="00555593" w:rsidRDefault="00A718B6">
      <w:pPr>
        <w:rPr>
          <w:rFonts w:hint="eastAsia"/>
        </w:rPr>
      </w:pPr>
      <w:r>
        <w:rPr>
          <w:b/>
        </w:rPr>
        <w:t xml:space="preserve">1. Cal cres que é a </w:t>
      </w:r>
      <w:r>
        <w:rPr>
          <w:b/>
        </w:rPr>
        <w:t>soft skill máis importante para un/ha TCAE? Por que?</w:t>
      </w:r>
    </w:p>
    <w:p w:rsidR="00555593" w:rsidRDefault="00A718B6">
      <w:pPr>
        <w:rPr>
          <w:rFonts w:hint="eastAsia"/>
        </w:rPr>
      </w:pPr>
      <w:r>
        <w:t>________________________________________________________________________________</w:t>
      </w:r>
    </w:p>
    <w:p w:rsidR="00555593" w:rsidRDefault="00A718B6">
      <w:pPr>
        <w:rPr>
          <w:rFonts w:hint="eastAsia"/>
        </w:rPr>
      </w:pPr>
      <w:r>
        <w:t>________________________________________________________________________________</w:t>
      </w:r>
    </w:p>
    <w:p w:rsidR="00555593" w:rsidRDefault="00A718B6">
      <w:pPr>
        <w:rPr>
          <w:rFonts w:hint="eastAsia"/>
        </w:rPr>
      </w:pPr>
      <w:r>
        <w:rPr>
          <w:b/>
        </w:rPr>
        <w:t>2. Cal destas competencias cres que tes m</w:t>
      </w:r>
      <w:r>
        <w:rPr>
          <w:b/>
        </w:rPr>
        <w:t>áis desenvolvida?</w:t>
      </w:r>
    </w:p>
    <w:p w:rsidR="00555593" w:rsidRDefault="00A718B6">
      <w:pPr>
        <w:rPr>
          <w:rFonts w:hint="eastAsia"/>
        </w:rPr>
      </w:pPr>
      <w:r>
        <w:t>________________________________________________________________________________</w:t>
      </w:r>
    </w:p>
    <w:p w:rsidR="00555593" w:rsidRDefault="00A718B6">
      <w:pPr>
        <w:rPr>
          <w:rFonts w:hint="eastAsia"/>
        </w:rPr>
      </w:pPr>
      <w:r>
        <w:t>________________________________________________________________________________</w:t>
      </w:r>
    </w:p>
    <w:p w:rsidR="00555593" w:rsidRDefault="00A718B6">
      <w:pPr>
        <w:rPr>
          <w:rFonts w:hint="eastAsia"/>
        </w:rPr>
      </w:pPr>
      <w:r>
        <w:rPr>
          <w:b/>
        </w:rPr>
        <w:t>3. Cal necesitas mellorar?</w:t>
      </w:r>
    </w:p>
    <w:p w:rsidR="00555593" w:rsidRDefault="00A718B6">
      <w:pPr>
        <w:rPr>
          <w:rFonts w:hint="eastAsia"/>
        </w:rPr>
      </w:pPr>
      <w:r>
        <w:t>_________________________________________________</w:t>
      </w:r>
      <w:r>
        <w:t>_______________________________</w:t>
      </w:r>
    </w:p>
    <w:p w:rsidR="00555593" w:rsidRDefault="00A718B6">
      <w:pPr>
        <w:rPr>
          <w:rFonts w:hint="eastAsia"/>
        </w:rPr>
      </w:pPr>
      <w:r>
        <w:t>________________________________________________________________________________</w:t>
      </w:r>
    </w:p>
    <w:p w:rsidR="00555593" w:rsidRDefault="00A718B6">
      <w:pPr>
        <w:rPr>
          <w:rFonts w:hint="eastAsia"/>
        </w:rPr>
      </w:pPr>
      <w:r>
        <w:rPr>
          <w:b/>
        </w:rPr>
        <w:t>4. Que poderías facer para mellorala?</w:t>
      </w:r>
    </w:p>
    <w:p w:rsidR="00555593" w:rsidRDefault="00A718B6">
      <w:pPr>
        <w:rPr>
          <w:rFonts w:hint="eastAsia"/>
        </w:rPr>
      </w:pPr>
      <w:r>
        <w:t>________________________________________________________________________________</w:t>
      </w:r>
    </w:p>
    <w:p w:rsidR="00555593" w:rsidRDefault="00A718B6">
      <w:pPr>
        <w:rPr>
          <w:rFonts w:hint="eastAsia"/>
        </w:rPr>
      </w:pPr>
      <w:r>
        <w:t>________________________</w:t>
      </w:r>
      <w:r>
        <w:t>________________________________________________________</w:t>
      </w:r>
    </w:p>
    <w:p w:rsidR="00555593" w:rsidRDefault="00952A02">
      <w:pPr>
        <w:pStyle w:val="Ttulo1"/>
      </w:pPr>
      <w:r>
        <w:t>4</w:t>
      </w:r>
      <w:r w:rsidR="00A718B6">
        <w:t>. Autoavaliación</w:t>
      </w:r>
    </w:p>
    <w:tbl>
      <w:tblPr>
        <w:tblStyle w:val="Tablaconcuadrcula"/>
        <w:tblW w:w="0" w:type="auto"/>
        <w:jc w:val="center"/>
        <w:tblLook w:val="04A0"/>
      </w:tblPr>
      <w:tblGrid>
        <w:gridCol w:w="2550"/>
        <w:gridCol w:w="2550"/>
        <w:gridCol w:w="2550"/>
        <w:gridCol w:w="2550"/>
      </w:tblGrid>
      <w:tr w:rsidR="00555593">
        <w:trPr>
          <w:jc w:val="center"/>
        </w:trPr>
        <w:tc>
          <w:tcPr>
            <w:tcW w:w="2550" w:type="dxa"/>
            <w:shd w:val="clear" w:color="auto" w:fill="EDEDED"/>
            <w:vAlign w:val="center"/>
          </w:tcPr>
          <w:p w:rsidR="00555593" w:rsidRDefault="00A718B6">
            <w:pPr>
              <w:rPr>
                <w:rFonts w:hint="eastAsia"/>
              </w:rPr>
            </w:pPr>
            <w:r>
              <w:rPr>
                <w:b/>
                <w:sz w:val="19"/>
              </w:rPr>
              <w:t>Eu...</w:t>
            </w:r>
          </w:p>
        </w:tc>
        <w:tc>
          <w:tcPr>
            <w:tcW w:w="2550" w:type="dxa"/>
            <w:shd w:val="clear" w:color="auto" w:fill="EDEDED"/>
            <w:vAlign w:val="center"/>
          </w:tcPr>
          <w:p w:rsidR="00555593" w:rsidRDefault="00A718B6">
            <w:pPr>
              <w:rPr>
                <w:rFonts w:hint="eastAsia"/>
              </w:rPr>
            </w:pPr>
            <w:r>
              <w:rPr>
                <w:b/>
                <w:sz w:val="19"/>
              </w:rPr>
              <w:t>Pouco</w:t>
            </w:r>
          </w:p>
        </w:tc>
        <w:tc>
          <w:tcPr>
            <w:tcW w:w="2550" w:type="dxa"/>
            <w:shd w:val="clear" w:color="auto" w:fill="EDEDED"/>
            <w:vAlign w:val="center"/>
          </w:tcPr>
          <w:p w:rsidR="00555593" w:rsidRDefault="00A718B6">
            <w:pPr>
              <w:rPr>
                <w:rFonts w:hint="eastAsia"/>
              </w:rPr>
            </w:pPr>
            <w:r>
              <w:rPr>
                <w:b/>
                <w:sz w:val="19"/>
              </w:rPr>
              <w:t>Bastante</w:t>
            </w:r>
          </w:p>
        </w:tc>
        <w:tc>
          <w:tcPr>
            <w:tcW w:w="2550" w:type="dxa"/>
            <w:shd w:val="clear" w:color="auto" w:fill="EDEDED"/>
            <w:vAlign w:val="center"/>
          </w:tcPr>
          <w:p w:rsidR="00555593" w:rsidRDefault="00A718B6">
            <w:pPr>
              <w:rPr>
                <w:rFonts w:hint="eastAsia"/>
              </w:rPr>
            </w:pPr>
            <w:r>
              <w:rPr>
                <w:b/>
                <w:sz w:val="19"/>
              </w:rPr>
              <w:t>Moito</w:t>
            </w:r>
          </w:p>
        </w:tc>
      </w:tr>
      <w:tr w:rsidR="00555593">
        <w:trPr>
          <w:jc w:val="center"/>
        </w:trPr>
        <w:tc>
          <w:tcPr>
            <w:tcW w:w="2550" w:type="dxa"/>
            <w:vAlign w:val="center"/>
          </w:tcPr>
          <w:p w:rsidR="00555593" w:rsidRDefault="00A718B6">
            <w:pPr>
              <w:rPr>
                <w:rFonts w:hint="eastAsia"/>
              </w:rPr>
            </w:pPr>
            <w:r>
              <w:rPr>
                <w:sz w:val="19"/>
              </w:rPr>
              <w:t>Participei activamente no meu grupo.</w:t>
            </w:r>
          </w:p>
        </w:tc>
        <w:tc>
          <w:tcPr>
            <w:tcW w:w="2550" w:type="dxa"/>
            <w:vAlign w:val="center"/>
          </w:tcPr>
          <w:p w:rsidR="00555593" w:rsidRDefault="00A718B6">
            <w:pPr>
              <w:rPr>
                <w:rFonts w:hint="eastAsia"/>
              </w:rPr>
            </w:pPr>
            <w:r>
              <w:rPr>
                <w:sz w:val="19"/>
              </w:rPr>
              <w:t>☐</w:t>
            </w:r>
          </w:p>
        </w:tc>
        <w:tc>
          <w:tcPr>
            <w:tcW w:w="2550" w:type="dxa"/>
            <w:vAlign w:val="center"/>
          </w:tcPr>
          <w:p w:rsidR="00555593" w:rsidRDefault="00A718B6">
            <w:pPr>
              <w:rPr>
                <w:rFonts w:hint="eastAsia"/>
              </w:rPr>
            </w:pPr>
            <w:r>
              <w:rPr>
                <w:sz w:val="19"/>
              </w:rPr>
              <w:t>☐</w:t>
            </w:r>
          </w:p>
        </w:tc>
        <w:tc>
          <w:tcPr>
            <w:tcW w:w="2550" w:type="dxa"/>
            <w:vAlign w:val="center"/>
          </w:tcPr>
          <w:p w:rsidR="00555593" w:rsidRDefault="00A718B6">
            <w:pPr>
              <w:rPr>
                <w:rFonts w:hint="eastAsia"/>
              </w:rPr>
            </w:pPr>
            <w:r>
              <w:rPr>
                <w:sz w:val="19"/>
              </w:rPr>
              <w:t>☐</w:t>
            </w:r>
          </w:p>
        </w:tc>
      </w:tr>
      <w:tr w:rsidR="00555593">
        <w:trPr>
          <w:jc w:val="center"/>
        </w:trPr>
        <w:tc>
          <w:tcPr>
            <w:tcW w:w="2550" w:type="dxa"/>
            <w:vAlign w:val="center"/>
          </w:tcPr>
          <w:p w:rsidR="00555593" w:rsidRDefault="00A718B6">
            <w:pPr>
              <w:rPr>
                <w:rFonts w:hint="eastAsia"/>
              </w:rPr>
            </w:pPr>
            <w:r>
              <w:rPr>
                <w:sz w:val="19"/>
              </w:rPr>
              <w:t>Escoitei as opinións dos meus compañeiros/as.</w:t>
            </w:r>
          </w:p>
        </w:tc>
        <w:tc>
          <w:tcPr>
            <w:tcW w:w="2550" w:type="dxa"/>
            <w:vAlign w:val="center"/>
          </w:tcPr>
          <w:p w:rsidR="00555593" w:rsidRDefault="00A718B6">
            <w:pPr>
              <w:rPr>
                <w:rFonts w:hint="eastAsia"/>
              </w:rPr>
            </w:pPr>
            <w:r>
              <w:rPr>
                <w:sz w:val="19"/>
              </w:rPr>
              <w:t>☐</w:t>
            </w:r>
          </w:p>
        </w:tc>
        <w:tc>
          <w:tcPr>
            <w:tcW w:w="2550" w:type="dxa"/>
            <w:vAlign w:val="center"/>
          </w:tcPr>
          <w:p w:rsidR="00555593" w:rsidRDefault="00A718B6">
            <w:pPr>
              <w:rPr>
                <w:rFonts w:hint="eastAsia"/>
              </w:rPr>
            </w:pPr>
            <w:r>
              <w:rPr>
                <w:sz w:val="19"/>
              </w:rPr>
              <w:t>☐</w:t>
            </w:r>
          </w:p>
        </w:tc>
        <w:tc>
          <w:tcPr>
            <w:tcW w:w="2550" w:type="dxa"/>
            <w:vAlign w:val="center"/>
          </w:tcPr>
          <w:p w:rsidR="00555593" w:rsidRDefault="00A718B6">
            <w:pPr>
              <w:rPr>
                <w:rFonts w:hint="eastAsia"/>
              </w:rPr>
            </w:pPr>
            <w:r>
              <w:rPr>
                <w:sz w:val="19"/>
              </w:rPr>
              <w:t>☐</w:t>
            </w:r>
          </w:p>
        </w:tc>
      </w:tr>
      <w:tr w:rsidR="00555593">
        <w:trPr>
          <w:jc w:val="center"/>
        </w:trPr>
        <w:tc>
          <w:tcPr>
            <w:tcW w:w="2550" w:type="dxa"/>
            <w:vAlign w:val="center"/>
          </w:tcPr>
          <w:p w:rsidR="00555593" w:rsidRDefault="00A718B6">
            <w:pPr>
              <w:rPr>
                <w:rFonts w:hint="eastAsia"/>
              </w:rPr>
            </w:pPr>
            <w:r>
              <w:rPr>
                <w:sz w:val="19"/>
              </w:rPr>
              <w:t>Respectei as quendas de palabra.</w:t>
            </w:r>
          </w:p>
        </w:tc>
        <w:tc>
          <w:tcPr>
            <w:tcW w:w="2550" w:type="dxa"/>
            <w:vAlign w:val="center"/>
          </w:tcPr>
          <w:p w:rsidR="00555593" w:rsidRDefault="00A718B6">
            <w:pPr>
              <w:rPr>
                <w:rFonts w:hint="eastAsia"/>
              </w:rPr>
            </w:pPr>
            <w:r>
              <w:rPr>
                <w:sz w:val="19"/>
              </w:rPr>
              <w:t>☐</w:t>
            </w:r>
          </w:p>
        </w:tc>
        <w:tc>
          <w:tcPr>
            <w:tcW w:w="2550" w:type="dxa"/>
            <w:vAlign w:val="center"/>
          </w:tcPr>
          <w:p w:rsidR="00555593" w:rsidRDefault="00A718B6">
            <w:pPr>
              <w:rPr>
                <w:rFonts w:hint="eastAsia"/>
              </w:rPr>
            </w:pPr>
            <w:r>
              <w:rPr>
                <w:sz w:val="19"/>
              </w:rPr>
              <w:t>☐</w:t>
            </w:r>
          </w:p>
        </w:tc>
        <w:tc>
          <w:tcPr>
            <w:tcW w:w="2550" w:type="dxa"/>
            <w:vAlign w:val="center"/>
          </w:tcPr>
          <w:p w:rsidR="00555593" w:rsidRDefault="00A718B6">
            <w:pPr>
              <w:rPr>
                <w:rFonts w:hint="eastAsia"/>
              </w:rPr>
            </w:pPr>
            <w:r>
              <w:rPr>
                <w:sz w:val="19"/>
              </w:rPr>
              <w:t>☐</w:t>
            </w:r>
          </w:p>
        </w:tc>
      </w:tr>
      <w:tr w:rsidR="00555593">
        <w:trPr>
          <w:jc w:val="center"/>
        </w:trPr>
        <w:tc>
          <w:tcPr>
            <w:tcW w:w="2550" w:type="dxa"/>
            <w:vAlign w:val="center"/>
          </w:tcPr>
          <w:p w:rsidR="00555593" w:rsidRDefault="00A718B6">
            <w:pPr>
              <w:rPr>
                <w:rFonts w:hint="eastAsia"/>
              </w:rPr>
            </w:pPr>
            <w:r>
              <w:rPr>
                <w:sz w:val="19"/>
              </w:rPr>
              <w:t>Comprendín que son as soft skills.</w:t>
            </w:r>
          </w:p>
        </w:tc>
        <w:tc>
          <w:tcPr>
            <w:tcW w:w="2550" w:type="dxa"/>
            <w:vAlign w:val="center"/>
          </w:tcPr>
          <w:p w:rsidR="00555593" w:rsidRDefault="00A718B6">
            <w:pPr>
              <w:rPr>
                <w:rFonts w:hint="eastAsia"/>
              </w:rPr>
            </w:pPr>
            <w:r>
              <w:rPr>
                <w:sz w:val="19"/>
              </w:rPr>
              <w:t>☐</w:t>
            </w:r>
          </w:p>
        </w:tc>
        <w:tc>
          <w:tcPr>
            <w:tcW w:w="2550" w:type="dxa"/>
            <w:vAlign w:val="center"/>
          </w:tcPr>
          <w:p w:rsidR="00555593" w:rsidRDefault="00A718B6">
            <w:pPr>
              <w:rPr>
                <w:rFonts w:hint="eastAsia"/>
              </w:rPr>
            </w:pPr>
            <w:r>
              <w:rPr>
                <w:sz w:val="19"/>
              </w:rPr>
              <w:t>☐</w:t>
            </w:r>
          </w:p>
        </w:tc>
        <w:tc>
          <w:tcPr>
            <w:tcW w:w="2550" w:type="dxa"/>
            <w:vAlign w:val="center"/>
          </w:tcPr>
          <w:p w:rsidR="00555593" w:rsidRDefault="00A718B6">
            <w:pPr>
              <w:rPr>
                <w:rFonts w:hint="eastAsia"/>
              </w:rPr>
            </w:pPr>
            <w:r>
              <w:rPr>
                <w:sz w:val="19"/>
              </w:rPr>
              <w:t>☐</w:t>
            </w:r>
          </w:p>
        </w:tc>
      </w:tr>
      <w:tr w:rsidR="00555593">
        <w:trPr>
          <w:jc w:val="center"/>
        </w:trPr>
        <w:tc>
          <w:tcPr>
            <w:tcW w:w="2550" w:type="dxa"/>
            <w:vAlign w:val="center"/>
          </w:tcPr>
          <w:p w:rsidR="00555593" w:rsidRDefault="00A718B6">
            <w:pPr>
              <w:rPr>
                <w:rFonts w:hint="eastAsia"/>
              </w:rPr>
            </w:pPr>
            <w:r>
              <w:rPr>
                <w:sz w:val="19"/>
              </w:rPr>
              <w:t>Identifiquei as competencias necesarias para un/ha TCAE.</w:t>
            </w:r>
          </w:p>
        </w:tc>
        <w:tc>
          <w:tcPr>
            <w:tcW w:w="2550" w:type="dxa"/>
            <w:vAlign w:val="center"/>
          </w:tcPr>
          <w:p w:rsidR="00555593" w:rsidRDefault="00A718B6">
            <w:pPr>
              <w:rPr>
                <w:rFonts w:hint="eastAsia"/>
              </w:rPr>
            </w:pPr>
            <w:r>
              <w:rPr>
                <w:sz w:val="19"/>
              </w:rPr>
              <w:t>☐</w:t>
            </w:r>
          </w:p>
        </w:tc>
        <w:tc>
          <w:tcPr>
            <w:tcW w:w="2550" w:type="dxa"/>
            <w:vAlign w:val="center"/>
          </w:tcPr>
          <w:p w:rsidR="00555593" w:rsidRDefault="00A718B6">
            <w:pPr>
              <w:rPr>
                <w:rFonts w:hint="eastAsia"/>
              </w:rPr>
            </w:pPr>
            <w:r>
              <w:rPr>
                <w:sz w:val="19"/>
              </w:rPr>
              <w:t>☐</w:t>
            </w:r>
          </w:p>
        </w:tc>
        <w:tc>
          <w:tcPr>
            <w:tcW w:w="2550" w:type="dxa"/>
            <w:vAlign w:val="center"/>
          </w:tcPr>
          <w:p w:rsidR="00555593" w:rsidRDefault="00A718B6">
            <w:pPr>
              <w:rPr>
                <w:rFonts w:hint="eastAsia"/>
              </w:rPr>
            </w:pPr>
            <w:r>
              <w:rPr>
                <w:sz w:val="19"/>
              </w:rPr>
              <w:t>☐</w:t>
            </w:r>
          </w:p>
        </w:tc>
      </w:tr>
      <w:tr w:rsidR="00555593">
        <w:trPr>
          <w:jc w:val="center"/>
        </w:trPr>
        <w:tc>
          <w:tcPr>
            <w:tcW w:w="2550" w:type="dxa"/>
            <w:vAlign w:val="center"/>
          </w:tcPr>
          <w:p w:rsidR="00555593" w:rsidRDefault="00A718B6">
            <w:pPr>
              <w:rPr>
                <w:rFonts w:hint="eastAsia"/>
              </w:rPr>
            </w:pPr>
            <w:r>
              <w:rPr>
                <w:sz w:val="19"/>
              </w:rPr>
              <w:t>Aprendín algo que podo aplicar no meu futuro traballo.</w:t>
            </w:r>
          </w:p>
        </w:tc>
        <w:tc>
          <w:tcPr>
            <w:tcW w:w="2550" w:type="dxa"/>
            <w:vAlign w:val="center"/>
          </w:tcPr>
          <w:p w:rsidR="00555593" w:rsidRDefault="00A718B6">
            <w:pPr>
              <w:rPr>
                <w:rFonts w:hint="eastAsia"/>
              </w:rPr>
            </w:pPr>
            <w:r>
              <w:rPr>
                <w:sz w:val="19"/>
              </w:rPr>
              <w:t>☐</w:t>
            </w:r>
          </w:p>
        </w:tc>
        <w:tc>
          <w:tcPr>
            <w:tcW w:w="2550" w:type="dxa"/>
            <w:vAlign w:val="center"/>
          </w:tcPr>
          <w:p w:rsidR="00555593" w:rsidRDefault="00A718B6">
            <w:pPr>
              <w:rPr>
                <w:rFonts w:hint="eastAsia"/>
              </w:rPr>
            </w:pPr>
            <w:r>
              <w:rPr>
                <w:sz w:val="19"/>
              </w:rPr>
              <w:t>☐</w:t>
            </w:r>
          </w:p>
        </w:tc>
        <w:tc>
          <w:tcPr>
            <w:tcW w:w="2550" w:type="dxa"/>
            <w:vAlign w:val="center"/>
          </w:tcPr>
          <w:p w:rsidR="00555593" w:rsidRDefault="00A718B6">
            <w:pPr>
              <w:rPr>
                <w:rFonts w:hint="eastAsia"/>
              </w:rPr>
            </w:pPr>
            <w:r>
              <w:rPr>
                <w:sz w:val="19"/>
              </w:rPr>
              <w:t>☐</w:t>
            </w:r>
          </w:p>
        </w:tc>
      </w:tr>
    </w:tbl>
    <w:p w:rsidR="00555593" w:rsidRDefault="00555593">
      <w:pPr>
        <w:rPr>
          <w:rFonts w:hint="eastAsia"/>
        </w:rPr>
      </w:pPr>
    </w:p>
    <w:sectPr w:rsidR="00555593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555593"/>
    <w:rsid w:val="00952A02"/>
    <w:rsid w:val="00A718B6"/>
    <w:rsid w:val="00AA1D8D"/>
    <w:rsid w:val="00B47730"/>
    <w:rsid w:val="00CB066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832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5399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Usuario</cp:lastModifiedBy>
  <cp:revision>3</cp:revision>
  <dcterms:created xsi:type="dcterms:W3CDTF">2026-09-13T15:50:00Z</dcterms:created>
  <dcterms:modified xsi:type="dcterms:W3CDTF">2026-09-13T15:53:00Z</dcterms:modified>
</cp:coreProperties>
</file>