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468" w:rsidRPr="004E21E2" w:rsidRDefault="004E21E2">
      <w:pPr>
        <w:jc w:val="center"/>
        <w:rPr>
          <w:lang w:val="gl-ES"/>
        </w:rPr>
      </w:pPr>
      <w:r w:rsidRPr="004E21E2">
        <w:rPr>
          <w:b/>
          <w:sz w:val="36"/>
          <w:lang w:val="gl-ES"/>
        </w:rPr>
        <w:t>AS SOFT SKILLS DUN BO PROFESIONAL DE ESTÉTICA</w:t>
      </w:r>
    </w:p>
    <w:p w:rsidR="00D07468" w:rsidRPr="004E21E2" w:rsidRDefault="004E21E2">
      <w:pPr>
        <w:jc w:val="center"/>
        <w:rPr>
          <w:lang w:val="gl-ES"/>
        </w:rPr>
      </w:pPr>
      <w:r w:rsidRPr="004E21E2">
        <w:rPr>
          <w:lang w:val="gl-ES"/>
        </w:rPr>
        <w:t>Ficha de actividade – IPE I</w:t>
      </w:r>
      <w:r w:rsidRPr="004E21E2">
        <w:rPr>
          <w:lang w:val="gl-ES"/>
        </w:rPr>
        <w:t xml:space="preserve"> · Estética Integral e Benestar</w:t>
      </w:r>
    </w:p>
    <w:p w:rsidR="00D07468" w:rsidRPr="004E21E2" w:rsidRDefault="004E21E2">
      <w:pPr>
        <w:pStyle w:val="Ttulo1"/>
        <w:rPr>
          <w:rFonts w:ascii="Arial" w:hAnsi="Arial" w:cs="Arial"/>
          <w:lang w:val="gl-ES"/>
        </w:rPr>
      </w:pPr>
      <w:r w:rsidRPr="004E21E2">
        <w:rPr>
          <w:rFonts w:ascii="Arial" w:hAnsi="Arial" w:cs="Arial"/>
          <w:lang w:val="gl-ES"/>
        </w:rPr>
        <w:t xml:space="preserve">1. Que son as </w:t>
      </w:r>
      <w:proofErr w:type="spellStart"/>
      <w:r w:rsidRPr="004E21E2">
        <w:rPr>
          <w:rFonts w:ascii="Arial" w:hAnsi="Arial" w:cs="Arial"/>
          <w:lang w:val="gl-ES"/>
        </w:rPr>
        <w:t>soft</w:t>
      </w:r>
      <w:proofErr w:type="spellEnd"/>
      <w:r w:rsidRPr="004E21E2">
        <w:rPr>
          <w:rFonts w:ascii="Arial" w:hAnsi="Arial" w:cs="Arial"/>
          <w:lang w:val="gl-ES"/>
        </w:rPr>
        <w:t xml:space="preserve"> </w:t>
      </w:r>
      <w:proofErr w:type="spellStart"/>
      <w:r w:rsidRPr="004E21E2">
        <w:rPr>
          <w:rFonts w:ascii="Arial" w:hAnsi="Arial" w:cs="Arial"/>
          <w:lang w:val="gl-ES"/>
        </w:rPr>
        <w:t>skills</w:t>
      </w:r>
      <w:proofErr w:type="spellEnd"/>
      <w:r w:rsidRPr="004E21E2">
        <w:rPr>
          <w:rFonts w:ascii="Arial" w:hAnsi="Arial" w:cs="Arial"/>
          <w:lang w:val="gl-ES"/>
        </w:rPr>
        <w:t>?</w:t>
      </w:r>
    </w:p>
    <w:p w:rsidR="00D07468" w:rsidRPr="004E21E2" w:rsidRDefault="004E21E2" w:rsidP="004E21E2">
      <w:pPr>
        <w:jc w:val="both"/>
        <w:rPr>
          <w:lang w:val="gl-ES"/>
        </w:rPr>
      </w:pPr>
      <w:r w:rsidRPr="004E21E2">
        <w:rPr>
          <w:lang w:val="gl-ES"/>
        </w:rPr>
        <w:t xml:space="preserve">As </w:t>
      </w:r>
      <w:proofErr w:type="spellStart"/>
      <w:r w:rsidRPr="004E21E2">
        <w:rPr>
          <w:lang w:val="gl-ES"/>
        </w:rPr>
        <w:t>soft</w:t>
      </w:r>
      <w:proofErr w:type="spellEnd"/>
      <w:r w:rsidRPr="004E21E2">
        <w:rPr>
          <w:lang w:val="gl-ES"/>
        </w:rPr>
        <w:t xml:space="preserve"> </w:t>
      </w:r>
      <w:proofErr w:type="spellStart"/>
      <w:r w:rsidRPr="004E21E2">
        <w:rPr>
          <w:lang w:val="gl-ES"/>
        </w:rPr>
        <w:t>skills</w:t>
      </w:r>
      <w:proofErr w:type="spellEnd"/>
      <w:r w:rsidRPr="004E21E2">
        <w:rPr>
          <w:lang w:val="gl-ES"/>
        </w:rPr>
        <w:t xml:space="preserve"> ou competencias persoais e </w:t>
      </w:r>
      <w:r w:rsidRPr="004E21E2">
        <w:rPr>
          <w:lang w:val="gl-ES"/>
        </w:rPr>
        <w:t>sociais son capacidades que nos axudan a relacionarnos cos demais, afrontar situacións profesionais e traballar de maneira eficaz. Nun/ha profesional de Estética Integral e Benestar son especialmente importantes: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Comunicación · Escoita activa · Empatía · A</w:t>
      </w:r>
      <w:r w:rsidRPr="004E21E2">
        <w:rPr>
          <w:lang w:val="gl-ES"/>
        </w:rPr>
        <w:t>tención ao cliente · Traballo en equipo · Xestión das emocións · Resolución de conflitos · Organización · Adaptación · Profesionalidade</w:t>
      </w:r>
    </w:p>
    <w:p w:rsidR="00D07468" w:rsidRPr="004E21E2" w:rsidRDefault="004E21E2">
      <w:pPr>
        <w:pStyle w:val="Ttulo1"/>
        <w:rPr>
          <w:rFonts w:ascii="Arial" w:hAnsi="Arial" w:cs="Arial"/>
          <w:lang w:val="gl-ES"/>
        </w:rPr>
      </w:pPr>
      <w:r w:rsidRPr="004E21E2">
        <w:rPr>
          <w:rFonts w:ascii="Arial" w:hAnsi="Arial" w:cs="Arial"/>
          <w:lang w:val="gl-ES"/>
        </w:rPr>
        <w:t xml:space="preserve">2. O reto: </w:t>
      </w:r>
      <w:proofErr w:type="spellStart"/>
      <w:r w:rsidRPr="004E21E2">
        <w:rPr>
          <w:rFonts w:ascii="Arial" w:hAnsi="Arial" w:cs="Arial"/>
          <w:lang w:val="gl-ES"/>
        </w:rPr>
        <w:t>«Como</w:t>
      </w:r>
      <w:proofErr w:type="spellEnd"/>
      <w:r w:rsidRPr="004E21E2">
        <w:rPr>
          <w:rFonts w:ascii="Arial" w:hAnsi="Arial" w:cs="Arial"/>
          <w:lang w:val="gl-ES"/>
        </w:rPr>
        <w:t xml:space="preserve"> actuaría un bo profesional?»</w:t>
      </w:r>
    </w:p>
    <w:p w:rsidR="00D07468" w:rsidRPr="004E21E2" w:rsidRDefault="004E21E2" w:rsidP="004E21E2">
      <w:pPr>
        <w:jc w:val="both"/>
        <w:rPr>
          <w:lang w:val="gl-ES"/>
        </w:rPr>
      </w:pPr>
      <w:r w:rsidRPr="004E21E2">
        <w:rPr>
          <w:lang w:val="gl-ES"/>
        </w:rPr>
        <w:t xml:space="preserve">Formade grupos de 3 ou 4 persoas. </w:t>
      </w:r>
      <w:r w:rsidRPr="004E21E2">
        <w:rPr>
          <w:lang w:val="gl-ES"/>
        </w:rPr>
        <w:t xml:space="preserve">Teredes que: ler atentamente a situación; identificar as </w:t>
      </w:r>
      <w:proofErr w:type="spellStart"/>
      <w:r w:rsidRPr="004E21E2">
        <w:rPr>
          <w:lang w:val="gl-ES"/>
        </w:rPr>
        <w:t>soft</w:t>
      </w:r>
      <w:proofErr w:type="spellEnd"/>
      <w:r w:rsidRPr="004E21E2">
        <w:rPr>
          <w:lang w:val="gl-ES"/>
        </w:rPr>
        <w:t xml:space="preserve"> </w:t>
      </w:r>
      <w:proofErr w:type="spellStart"/>
      <w:r w:rsidRPr="004E21E2">
        <w:rPr>
          <w:lang w:val="gl-ES"/>
        </w:rPr>
        <w:t>skills</w:t>
      </w:r>
      <w:proofErr w:type="spellEnd"/>
      <w:r w:rsidRPr="004E21E2">
        <w:rPr>
          <w:lang w:val="gl-ES"/>
        </w:rPr>
        <w:t xml:space="preserve"> necesarias; preparar unha representación de 2-3 minutos; representar primeiro unha resposta incorrecta ou pouco profesional e despois a resposta adecuada.</w:t>
      </w:r>
    </w:p>
    <w:p w:rsidR="00D07468" w:rsidRPr="004E21E2" w:rsidRDefault="004E21E2">
      <w:pPr>
        <w:rPr>
          <w:lang w:val="gl-ES"/>
        </w:rPr>
      </w:pPr>
      <w:r w:rsidRPr="004E21E2">
        <w:rPr>
          <w:b/>
          <w:sz w:val="24"/>
          <w:lang w:val="gl-ES"/>
        </w:rPr>
        <w:t>SITUACIÓN 1 · “</w:t>
      </w:r>
      <w:r w:rsidRPr="004E21E2">
        <w:rPr>
          <w:b/>
          <w:sz w:val="24"/>
          <w:lang w:val="gl-ES"/>
        </w:rPr>
        <w:t>Isto non era o q</w:t>
      </w:r>
      <w:r w:rsidRPr="004E21E2">
        <w:rPr>
          <w:b/>
          <w:sz w:val="24"/>
          <w:lang w:val="gl-ES"/>
        </w:rPr>
        <w:t>ue esperaba!”</w:t>
      </w:r>
    </w:p>
    <w:p w:rsidR="00D07468" w:rsidRPr="004E21E2" w:rsidRDefault="004E21E2" w:rsidP="004E21E2">
      <w:pPr>
        <w:jc w:val="both"/>
        <w:rPr>
          <w:lang w:val="gl-ES"/>
        </w:rPr>
      </w:pPr>
      <w:r w:rsidRPr="004E21E2">
        <w:rPr>
          <w:lang w:val="gl-ES"/>
        </w:rPr>
        <w:t>Unha clienta remata un tratamento e di que o resultado non é o que esperaba. Está molesta e fala contigo nun ton elevado.</w:t>
      </w:r>
    </w:p>
    <w:p w:rsidR="00D07468" w:rsidRPr="004E21E2" w:rsidRDefault="004E21E2">
      <w:pPr>
        <w:rPr>
          <w:lang w:val="gl-ES"/>
        </w:rPr>
      </w:pPr>
      <w:proofErr w:type="spellStart"/>
      <w:r w:rsidRPr="004E21E2">
        <w:rPr>
          <w:b/>
          <w:lang w:val="gl-ES"/>
        </w:rPr>
        <w:t>Soft</w:t>
      </w:r>
      <w:proofErr w:type="spellEnd"/>
      <w:r w:rsidRPr="004E21E2">
        <w:rPr>
          <w:b/>
          <w:lang w:val="gl-ES"/>
        </w:rPr>
        <w:t xml:space="preserve"> </w:t>
      </w:r>
      <w:proofErr w:type="spellStart"/>
      <w:r w:rsidRPr="004E21E2">
        <w:rPr>
          <w:b/>
          <w:lang w:val="gl-ES"/>
        </w:rPr>
        <w:t>skills</w:t>
      </w:r>
      <w:proofErr w:type="spellEnd"/>
      <w:r w:rsidRPr="004E21E2">
        <w:rPr>
          <w:b/>
          <w:lang w:val="gl-ES"/>
        </w:rPr>
        <w:t xml:space="preserve">: </w:t>
      </w:r>
      <w:r w:rsidRPr="004E21E2">
        <w:rPr>
          <w:lang w:val="gl-ES"/>
        </w:rPr>
        <w:t>Escoita activa · Empatía · Comunicación · Autocontrol · Resolución de conflitos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NON deberiamos actuar</w:t>
      </w:r>
      <w:r w:rsidRPr="004E21E2">
        <w:rPr>
          <w:lang w:val="gl-ES"/>
        </w:rPr>
        <w:t>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debería actuar un/ha profesional?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</w:t>
      </w:r>
      <w:r w:rsidRPr="004E21E2">
        <w:rPr>
          <w:lang w:val="gl-ES"/>
        </w:rPr>
        <w:t>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b/>
          <w:sz w:val="24"/>
          <w:lang w:val="gl-ES"/>
        </w:rPr>
        <w:t>SITUACIÓN 2 · “</w:t>
      </w:r>
      <w:r w:rsidRPr="004E21E2">
        <w:rPr>
          <w:b/>
          <w:sz w:val="24"/>
          <w:lang w:val="gl-ES"/>
        </w:rPr>
        <w:t>Temos moitas citas”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O centro está mo</w:t>
      </w:r>
      <w:r>
        <w:rPr>
          <w:lang w:val="gl-ES"/>
        </w:rPr>
        <w:t>i ocupado. Unha compañeira pídech</w:t>
      </w:r>
      <w:r w:rsidRPr="004E21E2">
        <w:rPr>
          <w:lang w:val="gl-ES"/>
        </w:rPr>
        <w:t>e axuda mentres ti tes varias tarefas e unha clienta está espera</w:t>
      </w:r>
      <w:r w:rsidRPr="004E21E2">
        <w:rPr>
          <w:lang w:val="gl-ES"/>
        </w:rPr>
        <w:t>ndo.</w:t>
      </w:r>
    </w:p>
    <w:p w:rsidR="00D07468" w:rsidRPr="004E21E2" w:rsidRDefault="004E21E2">
      <w:pPr>
        <w:rPr>
          <w:lang w:val="gl-ES"/>
        </w:rPr>
      </w:pPr>
      <w:proofErr w:type="spellStart"/>
      <w:r w:rsidRPr="004E21E2">
        <w:rPr>
          <w:b/>
          <w:lang w:val="gl-ES"/>
        </w:rPr>
        <w:t>Soft</w:t>
      </w:r>
      <w:proofErr w:type="spellEnd"/>
      <w:r w:rsidRPr="004E21E2">
        <w:rPr>
          <w:b/>
          <w:lang w:val="gl-ES"/>
        </w:rPr>
        <w:t xml:space="preserve"> </w:t>
      </w:r>
      <w:proofErr w:type="spellStart"/>
      <w:r w:rsidRPr="004E21E2">
        <w:rPr>
          <w:b/>
          <w:lang w:val="gl-ES"/>
        </w:rPr>
        <w:t>skills</w:t>
      </w:r>
      <w:proofErr w:type="spellEnd"/>
      <w:r w:rsidRPr="004E21E2">
        <w:rPr>
          <w:b/>
          <w:lang w:val="gl-ES"/>
        </w:rPr>
        <w:t xml:space="preserve">: </w:t>
      </w:r>
      <w:r w:rsidRPr="004E21E2">
        <w:rPr>
          <w:lang w:val="gl-ES"/>
        </w:rPr>
        <w:t xml:space="preserve">Traballo en equipo · Organización · Comunicación · </w:t>
      </w:r>
      <w:r>
        <w:rPr>
          <w:lang w:val="gl-ES"/>
        </w:rPr>
        <w:t>Responsabilidade</w:t>
      </w:r>
      <w:r w:rsidRPr="004E21E2">
        <w:rPr>
          <w:lang w:val="gl-ES"/>
        </w:rPr>
        <w:t xml:space="preserve"> · Adaptación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NON deberiamos actuar?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</w:t>
      </w:r>
      <w:r w:rsidRPr="004E21E2">
        <w:rPr>
          <w:lang w:val="gl-ES"/>
        </w:rPr>
        <w:t>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debería actuar un/ha profesional?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lastRenderedPageBreak/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b/>
          <w:sz w:val="24"/>
          <w:lang w:val="gl-ES"/>
        </w:rPr>
        <w:t xml:space="preserve">SITUACIÓN 3 · </w:t>
      </w:r>
      <w:r>
        <w:rPr>
          <w:b/>
          <w:sz w:val="24"/>
          <w:lang w:val="gl-ES"/>
        </w:rPr>
        <w:t>“</w:t>
      </w:r>
      <w:r w:rsidRPr="004E21E2">
        <w:rPr>
          <w:b/>
          <w:sz w:val="24"/>
          <w:lang w:val="gl-ES"/>
        </w:rPr>
        <w:t>Non me sin</w:t>
      </w:r>
      <w:r w:rsidRPr="004E21E2">
        <w:rPr>
          <w:b/>
          <w:sz w:val="24"/>
          <w:lang w:val="gl-ES"/>
        </w:rPr>
        <w:t>to cómoda</w:t>
      </w:r>
      <w:r>
        <w:rPr>
          <w:b/>
          <w:sz w:val="24"/>
          <w:lang w:val="gl-ES"/>
        </w:rPr>
        <w:t>”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Durante un tratamento, unha clienta manifesta que non se sente cómoda e quere parar. Debes reaccionar con profesionalidade e respecto.</w:t>
      </w:r>
    </w:p>
    <w:p w:rsidR="00D07468" w:rsidRPr="004E21E2" w:rsidRDefault="004E21E2">
      <w:pPr>
        <w:rPr>
          <w:lang w:val="gl-ES"/>
        </w:rPr>
      </w:pPr>
      <w:proofErr w:type="spellStart"/>
      <w:r w:rsidRPr="004E21E2">
        <w:rPr>
          <w:b/>
          <w:lang w:val="gl-ES"/>
        </w:rPr>
        <w:t>Soft</w:t>
      </w:r>
      <w:proofErr w:type="spellEnd"/>
      <w:r w:rsidRPr="004E21E2">
        <w:rPr>
          <w:b/>
          <w:lang w:val="gl-ES"/>
        </w:rPr>
        <w:t xml:space="preserve"> </w:t>
      </w:r>
      <w:proofErr w:type="spellStart"/>
      <w:r w:rsidRPr="004E21E2">
        <w:rPr>
          <w:b/>
          <w:lang w:val="gl-ES"/>
        </w:rPr>
        <w:t>skills</w:t>
      </w:r>
      <w:proofErr w:type="spellEnd"/>
      <w:r w:rsidRPr="004E21E2">
        <w:rPr>
          <w:b/>
          <w:lang w:val="gl-ES"/>
        </w:rPr>
        <w:t xml:space="preserve">: </w:t>
      </w:r>
      <w:r w:rsidRPr="004E21E2">
        <w:rPr>
          <w:lang w:val="gl-ES"/>
        </w:rPr>
        <w:t>Empatía · Escoita activa · Comunicación · Respecto · Xestión emocional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NON deberiamos actua</w:t>
      </w:r>
      <w:r w:rsidRPr="004E21E2">
        <w:rPr>
          <w:lang w:val="gl-ES"/>
        </w:rPr>
        <w:t>r?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debería actuar un/ha profesional?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</w:t>
      </w:r>
      <w:r w:rsidRPr="004E21E2">
        <w:rPr>
          <w:lang w:val="gl-ES"/>
        </w:rPr>
        <w:t>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b/>
          <w:sz w:val="24"/>
          <w:lang w:val="gl-ES"/>
        </w:rPr>
        <w:t xml:space="preserve">SITUACIÓN 4 · </w:t>
      </w:r>
      <w:r>
        <w:rPr>
          <w:b/>
          <w:sz w:val="24"/>
          <w:lang w:val="gl-ES"/>
        </w:rPr>
        <w:t>“</w:t>
      </w:r>
      <w:r w:rsidRPr="004E21E2">
        <w:rPr>
          <w:b/>
          <w:sz w:val="24"/>
          <w:lang w:val="gl-ES"/>
        </w:rPr>
        <w:t>Creo que cometemos un erro</w:t>
      </w:r>
      <w:r>
        <w:rPr>
          <w:b/>
          <w:sz w:val="24"/>
          <w:lang w:val="gl-ES"/>
        </w:rPr>
        <w:t>”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Observas que unha compañeira realizou de maneira incorrecta un paso dun procedemento e non se decatou.</w:t>
      </w:r>
    </w:p>
    <w:p w:rsidR="00D07468" w:rsidRPr="004E21E2" w:rsidRDefault="004E21E2">
      <w:pPr>
        <w:rPr>
          <w:lang w:val="gl-ES"/>
        </w:rPr>
      </w:pPr>
      <w:proofErr w:type="spellStart"/>
      <w:r w:rsidRPr="004E21E2">
        <w:rPr>
          <w:b/>
          <w:lang w:val="gl-ES"/>
        </w:rPr>
        <w:t>Soft</w:t>
      </w:r>
      <w:proofErr w:type="spellEnd"/>
      <w:r w:rsidRPr="004E21E2">
        <w:rPr>
          <w:b/>
          <w:lang w:val="gl-ES"/>
        </w:rPr>
        <w:t xml:space="preserve"> </w:t>
      </w:r>
      <w:proofErr w:type="spellStart"/>
      <w:r w:rsidRPr="004E21E2">
        <w:rPr>
          <w:b/>
          <w:lang w:val="gl-ES"/>
        </w:rPr>
        <w:t>skills</w:t>
      </w:r>
      <w:proofErr w:type="spellEnd"/>
      <w:r w:rsidRPr="004E21E2">
        <w:rPr>
          <w:b/>
          <w:lang w:val="gl-ES"/>
        </w:rPr>
        <w:t xml:space="preserve">: </w:t>
      </w:r>
      <w:r w:rsidRPr="004E21E2">
        <w:rPr>
          <w:lang w:val="gl-ES"/>
        </w:rPr>
        <w:t>Comunicación asertiva · Responsabilidade · Traballo en equipo · Empatía · Resolución de problemas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NON deberiamos actuar?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</w:t>
      </w:r>
      <w:r w:rsidRPr="004E21E2">
        <w:rPr>
          <w:lang w:val="gl-ES"/>
        </w:rPr>
        <w:t>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debería actuar un/ha profesional?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b/>
          <w:sz w:val="24"/>
          <w:lang w:val="gl-ES"/>
        </w:rPr>
        <w:t xml:space="preserve">SITUACIÓN </w:t>
      </w:r>
      <w:r>
        <w:rPr>
          <w:b/>
          <w:sz w:val="24"/>
          <w:lang w:val="gl-ES"/>
        </w:rPr>
        <w:t>5 · “</w:t>
      </w:r>
      <w:r w:rsidRPr="004E21E2">
        <w:rPr>
          <w:b/>
          <w:sz w:val="24"/>
          <w:lang w:val="gl-ES"/>
        </w:rPr>
        <w:t>Hoxe non é o meu día</w:t>
      </w:r>
      <w:r>
        <w:rPr>
          <w:b/>
          <w:sz w:val="24"/>
          <w:lang w:val="gl-ES"/>
        </w:rPr>
        <w:t>”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Chegas ao centro preocupada/o por un problema persoal. Estás de mal humor, pero tes que atender correctamente ás persoas usuarias e colaborar co equipo.</w:t>
      </w:r>
    </w:p>
    <w:p w:rsidR="00D07468" w:rsidRPr="004E21E2" w:rsidRDefault="004E21E2">
      <w:pPr>
        <w:rPr>
          <w:lang w:val="gl-ES"/>
        </w:rPr>
      </w:pPr>
      <w:proofErr w:type="spellStart"/>
      <w:r w:rsidRPr="004E21E2">
        <w:rPr>
          <w:b/>
          <w:lang w:val="gl-ES"/>
        </w:rPr>
        <w:t>Soft</w:t>
      </w:r>
      <w:proofErr w:type="spellEnd"/>
      <w:r w:rsidRPr="004E21E2">
        <w:rPr>
          <w:b/>
          <w:lang w:val="gl-ES"/>
        </w:rPr>
        <w:t xml:space="preserve"> </w:t>
      </w:r>
      <w:proofErr w:type="spellStart"/>
      <w:r w:rsidRPr="004E21E2">
        <w:rPr>
          <w:b/>
          <w:lang w:val="gl-ES"/>
        </w:rPr>
        <w:t>skills</w:t>
      </w:r>
      <w:proofErr w:type="spellEnd"/>
      <w:r w:rsidRPr="004E21E2">
        <w:rPr>
          <w:b/>
          <w:lang w:val="gl-ES"/>
        </w:rPr>
        <w:t xml:space="preserve">: </w:t>
      </w:r>
      <w:r w:rsidRPr="004E21E2">
        <w:rPr>
          <w:lang w:val="gl-ES"/>
        </w:rPr>
        <w:t>Autocontrol · Responsabilidade · Xestión emocional · Comunicaci</w:t>
      </w:r>
      <w:r w:rsidRPr="004E21E2">
        <w:rPr>
          <w:lang w:val="gl-ES"/>
        </w:rPr>
        <w:t>ón · Profesionalidade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NON deberiamos actuar?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Como debería actuar un/ha profesional?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</w:t>
      </w:r>
      <w:r w:rsidRPr="004E21E2">
        <w:rPr>
          <w:lang w:val="gl-ES"/>
        </w:rPr>
        <w:t>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lastRenderedPageBreak/>
        <w:t>________________________________________________________________________________</w:t>
      </w:r>
    </w:p>
    <w:p w:rsidR="00D07468" w:rsidRPr="004E21E2" w:rsidRDefault="004E21E2">
      <w:pPr>
        <w:pStyle w:val="Ttulo1"/>
        <w:rPr>
          <w:rFonts w:ascii="Arial" w:hAnsi="Arial" w:cs="Arial"/>
          <w:lang w:val="gl-ES"/>
        </w:rPr>
      </w:pPr>
      <w:r w:rsidRPr="004E21E2">
        <w:rPr>
          <w:rFonts w:ascii="Arial" w:hAnsi="Arial" w:cs="Arial"/>
          <w:lang w:val="gl-ES"/>
        </w:rPr>
        <w:t>3. Reflexionamos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 xml:space="preserve">1. Cal cres que é a </w:t>
      </w:r>
      <w:proofErr w:type="spellStart"/>
      <w:r w:rsidRPr="004E21E2">
        <w:rPr>
          <w:lang w:val="gl-ES"/>
        </w:rPr>
        <w:t>soft</w:t>
      </w:r>
      <w:proofErr w:type="spellEnd"/>
      <w:r w:rsidRPr="004E21E2">
        <w:rPr>
          <w:lang w:val="gl-ES"/>
        </w:rPr>
        <w:t xml:space="preserve"> </w:t>
      </w:r>
      <w:proofErr w:type="spellStart"/>
      <w:r w:rsidRPr="004E21E2">
        <w:rPr>
          <w:lang w:val="gl-ES"/>
        </w:rPr>
        <w:t>skill</w:t>
      </w:r>
      <w:proofErr w:type="spellEnd"/>
      <w:r w:rsidRPr="004E21E2">
        <w:rPr>
          <w:lang w:val="gl-ES"/>
        </w:rPr>
        <w:t xml:space="preserve"> máis importante para un/ha profesional de Estética </w:t>
      </w:r>
      <w:r w:rsidRPr="004E21E2">
        <w:rPr>
          <w:lang w:val="gl-ES"/>
        </w:rPr>
        <w:t>Integral e Benestar? Por que?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2. Cal destas competencias cres que tes máis desenvolvida?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</w:t>
      </w:r>
      <w:r w:rsidRPr="004E21E2">
        <w:rPr>
          <w:lang w:val="gl-ES"/>
        </w:rPr>
        <w:t>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3. Cal necesitas mellorar?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</w:t>
      </w:r>
      <w:r w:rsidRPr="004E21E2">
        <w:rPr>
          <w:lang w:val="gl-ES"/>
        </w:rPr>
        <w:t>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4. Que poderías facer para mellorala?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p w:rsidR="00D07468" w:rsidRPr="004E21E2" w:rsidRDefault="004E21E2">
      <w:pPr>
        <w:rPr>
          <w:lang w:val="gl-ES"/>
        </w:rPr>
      </w:pPr>
      <w:r w:rsidRPr="004E21E2">
        <w:rPr>
          <w:lang w:val="gl-ES"/>
        </w:rPr>
        <w:t>________________________________________________________________________________</w:t>
      </w:r>
    </w:p>
    <w:sectPr w:rsidR="00D07468" w:rsidRPr="004E21E2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E21E2"/>
    <w:rsid w:val="00AA1D8D"/>
    <w:rsid w:val="00B47730"/>
    <w:rsid w:val="00CB0664"/>
    <w:rsid w:val="00D0746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774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2</cp:revision>
  <dcterms:created xsi:type="dcterms:W3CDTF">2013-12-23T23:15:00Z</dcterms:created>
  <dcterms:modified xsi:type="dcterms:W3CDTF">2026-09-15T10:37:00Z</dcterms:modified>
  <cp:category/>
</cp:coreProperties>
</file>