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CDE" w:rsidRPr="00B61769" w:rsidRDefault="00B61769">
      <w:pPr>
        <w:jc w:val="center"/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b/>
          <w:sz w:val="52"/>
          <w:lang w:val="es-ES"/>
        </w:rPr>
        <w:t>CUADERNO DE TRABAJO</w:t>
      </w:r>
      <w:r w:rsidRPr="00B61769">
        <w:rPr>
          <w:rFonts w:asciiTheme="majorHAnsi" w:hAnsiTheme="majorHAnsi"/>
          <w:b/>
          <w:sz w:val="52"/>
          <w:lang w:val="es-ES"/>
        </w:rPr>
        <w:br/>
        <w:t>KA120-SCH</w:t>
      </w:r>
    </w:p>
    <w:p w:rsidR="00074CDE" w:rsidRPr="00B61769" w:rsidRDefault="00B61769">
      <w:pPr>
        <w:jc w:val="center"/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sz w:val="28"/>
          <w:lang w:val="es-ES"/>
        </w:rPr>
        <w:t>Cómo construir un Plan Erasmus para un</w:t>
      </w:r>
      <w:r w:rsidRPr="00B61769">
        <w:rPr>
          <w:rFonts w:asciiTheme="majorHAnsi" w:hAnsiTheme="majorHAnsi"/>
          <w:sz w:val="28"/>
          <w:lang w:val="es-ES"/>
        </w:rPr>
        <w:t xml:space="preserve"> centro de educación escolar</w:t>
      </w:r>
      <w:r w:rsidRPr="00B61769">
        <w:rPr>
          <w:rFonts w:asciiTheme="majorHAnsi" w:hAnsiTheme="majorHAnsi"/>
          <w:sz w:val="28"/>
          <w:lang w:val="es-ES"/>
        </w:rPr>
        <w:br/>
      </w:r>
    </w:p>
    <w:p w:rsidR="00074CDE" w:rsidRPr="00B61769" w:rsidRDefault="00B61769">
      <w:pPr>
        <w:pStyle w:val="Ttulo1"/>
        <w:rPr>
          <w:lang w:val="es-ES"/>
        </w:rPr>
      </w:pPr>
      <w:r w:rsidRPr="00B61769">
        <w:rPr>
          <w:lang w:val="es-ES"/>
        </w:rPr>
        <w:t>1. Mi centro dentro de tres años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Imagina que estamos en 2029 y la estrategia Erasmus ha producido cambios reales.</w:t>
      </w:r>
    </w:p>
    <w:p w:rsidR="00074CDE" w:rsidRPr="00B61769" w:rsidRDefault="00B61769">
      <w:pPr>
        <w:pStyle w:val="Listaconvietas"/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 xml:space="preserve">¿Qué </w:t>
      </w:r>
      <w:r w:rsidRPr="00B61769">
        <w:rPr>
          <w:rFonts w:asciiTheme="majorHAnsi" w:hAnsiTheme="majorHAnsi"/>
          <w:lang w:val="es-ES"/>
        </w:rPr>
        <w:t>estaría haciendo nuestro alumnado que ahora no hace?</w:t>
      </w:r>
    </w:p>
    <w:p w:rsidR="00074CDE" w:rsidRPr="00B61769" w:rsidRDefault="00B61769">
      <w:pPr>
        <w:pStyle w:val="Listaconvietas"/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¿Qué estaría haciendo nuestro profesorado?</w:t>
      </w:r>
    </w:p>
    <w:p w:rsidR="00074CDE" w:rsidRPr="00B61769" w:rsidRDefault="00B61769">
      <w:pPr>
        <w:pStyle w:val="Listaconvietas"/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¿Qué habría cambiado en nuestras aulas?</w:t>
      </w:r>
    </w:p>
    <w:p w:rsidR="00074CDE" w:rsidRPr="00B61769" w:rsidRDefault="00B61769">
      <w:pPr>
        <w:pStyle w:val="Listaconvietas"/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¿Qué habría cambiado en la organización del centro?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br/>
        <w:t>Mis ideas:</w:t>
      </w:r>
      <w:r w:rsidRPr="00B61769">
        <w:rPr>
          <w:rFonts w:asciiTheme="majorHAnsi" w:hAnsiTheme="majorHAnsi"/>
          <w:lang w:val="es-ES"/>
        </w:rPr>
        <w:br/>
      </w:r>
      <w:r w:rsidRPr="00B61769">
        <w:rPr>
          <w:rFonts w:asciiTheme="majorHAnsi" w:hAnsiTheme="majorHAnsi"/>
          <w:lang w:val="es-ES"/>
        </w:rPr>
        <w:br/>
        <w:t>_______________________________________________________</w:t>
      </w:r>
      <w:r w:rsidRPr="00B61769">
        <w:rPr>
          <w:rFonts w:asciiTheme="majorHAnsi" w:hAnsiTheme="majorHAnsi"/>
          <w:lang w:val="es-ES"/>
        </w:rPr>
        <w:t>_________________</w:t>
      </w:r>
      <w:r w:rsidRPr="00B61769">
        <w:rPr>
          <w:rFonts w:asciiTheme="majorHAnsi" w:hAnsiTheme="majorHAnsi"/>
          <w:lang w:val="es-ES"/>
        </w:rPr>
        <w:br/>
        <w:t>________________________________________________________________________</w:t>
      </w:r>
      <w:r w:rsidRPr="00B61769">
        <w:rPr>
          <w:rFonts w:asciiTheme="majorHAnsi" w:hAnsiTheme="majorHAnsi"/>
          <w:lang w:val="es-ES"/>
        </w:rPr>
        <w:br/>
        <w:t>________________________________________________________________________</w:t>
      </w:r>
    </w:p>
    <w:p w:rsidR="00074CDE" w:rsidRPr="00B61769" w:rsidRDefault="00B61769">
      <w:pPr>
        <w:pStyle w:val="Ttulo1"/>
        <w:rPr>
          <w:lang w:val="es-ES"/>
        </w:rPr>
      </w:pPr>
      <w:r w:rsidRPr="00B61769">
        <w:rPr>
          <w:lang w:val="es-ES"/>
        </w:rPr>
        <w:t>2. Radiografía Erasmus: detectar necesidades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No empieces por el viaje. Empieza por el proble</w:t>
      </w:r>
      <w:r w:rsidRPr="00B61769">
        <w:rPr>
          <w:rFonts w:asciiTheme="majorHAnsi" w:hAnsiTheme="majorHAnsi"/>
          <w:lang w:val="es-ES"/>
        </w:rPr>
        <w:t>ma o necesidad que quieres abordar.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8"/>
        <w:gridCol w:w="3408"/>
        <w:gridCol w:w="3408"/>
      </w:tblGrid>
      <w:tr w:rsidR="00074CDE" w:rsidRPr="00B61769" w:rsidTr="00B61769">
        <w:trPr>
          <w:jc w:val="center"/>
        </w:trPr>
        <w:tc>
          <w:tcPr>
            <w:tcW w:w="3408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proofErr w:type="spellStart"/>
            <w:r w:rsidRPr="00B61769">
              <w:rPr>
                <w:rFonts w:asciiTheme="majorHAnsi" w:hAnsiTheme="majorHAnsi"/>
                <w:b/>
                <w:sz w:val="18"/>
              </w:rPr>
              <w:t>Área</w:t>
            </w:r>
            <w:proofErr w:type="spellEnd"/>
          </w:p>
        </w:tc>
        <w:tc>
          <w:tcPr>
            <w:tcW w:w="3408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¿Qué queremos mejorar?</w:t>
            </w:r>
          </w:p>
        </w:tc>
        <w:tc>
          <w:tcPr>
            <w:tcW w:w="3408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¿Qué evidencias tenemos?</w:t>
            </w:r>
          </w:p>
        </w:tc>
      </w:tr>
      <w:tr w:rsidR="00074CDE" w:rsidRPr="00B61769" w:rsidTr="00B61769">
        <w:trPr>
          <w:jc w:val="center"/>
        </w:trPr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Metodologías y evaluación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Competencia digital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Idiomas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Inclusión y diversidad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Bienestar/convivencia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Internacionalización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Participación del alumnado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Sostenibilidad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Desarrollo profesional docente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lastRenderedPageBreak/>
              <w:t>Otra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</w:tbl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Mi necesidad prioritaria:</w:t>
      </w:r>
      <w:r w:rsidRPr="00B61769">
        <w:rPr>
          <w:rFonts w:asciiTheme="majorHAnsi" w:hAnsiTheme="majorHAnsi"/>
        </w:rPr>
        <w:br/>
      </w:r>
      <w:r w:rsidRPr="00B61769">
        <w:rPr>
          <w:rFonts w:asciiTheme="majorHAnsi" w:hAnsiTheme="majorHAnsi"/>
        </w:rPr>
        <w:br/>
        <w:t>________________________________________________________________________</w:t>
      </w:r>
      <w:r w:rsidRPr="00B61769">
        <w:rPr>
          <w:rFonts w:asciiTheme="majorHAnsi" w:hAnsiTheme="majorHAnsi"/>
        </w:rPr>
        <w:br/>
        <w:t>________________________________________________________________________</w:t>
      </w:r>
    </w:p>
    <w:p w:rsidR="00074CDE" w:rsidRPr="00B61769" w:rsidRDefault="00B61769">
      <w:pPr>
        <w:pStyle w:val="Ttulo1"/>
      </w:pPr>
      <w:r w:rsidRPr="00B61769">
        <w:t>3. Justificación de l</w:t>
      </w:r>
      <w:r w:rsidRPr="00B61769">
        <w:t>a necesidad</w:t>
      </w:r>
    </w:p>
    <w:p w:rsidR="00074CDE" w:rsidRPr="00B61769" w:rsidRDefault="00B61769">
      <w:pPr>
        <w:pStyle w:val="Listaconvietas"/>
        <w:rPr>
          <w:rFonts w:asciiTheme="majorHAnsi" w:hAnsiTheme="majorHAnsi"/>
        </w:rPr>
      </w:pPr>
      <w:r w:rsidRPr="00B61769">
        <w:rPr>
          <w:rFonts w:asciiTheme="majorHAnsi" w:hAnsiTheme="majorHAnsi"/>
        </w:rPr>
        <w:t>Nuestro centro necesita mejorar…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pStyle w:val="Listaconvietas"/>
        <w:rPr>
          <w:rFonts w:asciiTheme="majorHAnsi" w:hAnsiTheme="majorHAnsi"/>
        </w:rPr>
      </w:pPr>
      <w:r w:rsidRPr="00B61769">
        <w:rPr>
          <w:rFonts w:asciiTheme="majorHAnsi" w:hAnsiTheme="majorHAnsi"/>
        </w:rPr>
        <w:t>porque…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pStyle w:val="Listaconvietas"/>
        <w:rPr>
          <w:rFonts w:asciiTheme="majorHAnsi" w:hAnsiTheme="majorHAnsi"/>
        </w:rPr>
      </w:pPr>
      <w:r w:rsidRPr="00B61769">
        <w:rPr>
          <w:rFonts w:asciiTheme="majorHAnsi" w:hAnsiTheme="majorHAnsi"/>
        </w:rPr>
        <w:t>Esto afecta especialmente a…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pStyle w:val="Listaconvietas"/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Las evidencias que tenemos son…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pStyle w:val="Listaconvietas"/>
        <w:rPr>
          <w:rFonts w:asciiTheme="majorHAnsi" w:hAnsiTheme="majorHAnsi"/>
        </w:rPr>
      </w:pPr>
      <w:r w:rsidRPr="00B61769">
        <w:rPr>
          <w:rFonts w:asciiTheme="majorHAnsi" w:hAnsiTheme="majorHAnsi"/>
          <w:lang w:val="es-ES"/>
        </w:rPr>
        <w:t xml:space="preserve">Esta necesidad está relacionada con… </w:t>
      </w:r>
      <w:r w:rsidRPr="00B61769">
        <w:rPr>
          <w:rFonts w:asciiTheme="majorHAnsi" w:hAnsiTheme="majorHAnsi"/>
        </w:rPr>
        <w:t>(</w:t>
      </w:r>
      <w:proofErr w:type="spellStart"/>
      <w:r w:rsidRPr="00B61769">
        <w:rPr>
          <w:rFonts w:asciiTheme="majorHAnsi" w:hAnsiTheme="majorHAnsi"/>
        </w:rPr>
        <w:t>documentos</w:t>
      </w:r>
      <w:proofErr w:type="spellEnd"/>
      <w:r w:rsidRPr="00B61769">
        <w:rPr>
          <w:rFonts w:asciiTheme="majorHAnsi" w:hAnsiTheme="majorHAnsi"/>
        </w:rPr>
        <w:t>/planes/</w:t>
      </w:r>
      <w:proofErr w:type="spellStart"/>
      <w:r w:rsidRPr="00B61769">
        <w:rPr>
          <w:rFonts w:asciiTheme="majorHAnsi" w:hAnsiTheme="majorHAnsi"/>
        </w:rPr>
        <w:t>diagnósticos</w:t>
      </w:r>
      <w:proofErr w:type="spellEnd"/>
      <w:r w:rsidRPr="00B61769">
        <w:rPr>
          <w:rFonts w:asciiTheme="majorHAnsi" w:hAnsiTheme="majorHAnsi"/>
        </w:rPr>
        <w:t>)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</w:t>
      </w:r>
      <w:r w:rsidRPr="00B61769">
        <w:rPr>
          <w:rFonts w:asciiTheme="majorHAnsi" w:hAnsiTheme="majorHAnsi"/>
        </w:rPr>
        <w:t>________________________________________________________________</w:t>
      </w:r>
    </w:p>
    <w:p w:rsidR="00074CDE" w:rsidRPr="00B61769" w:rsidRDefault="00B61769">
      <w:pPr>
        <w:pStyle w:val="Ttulo1"/>
        <w:rPr>
          <w:lang w:val="es-ES"/>
        </w:rPr>
      </w:pPr>
      <w:r w:rsidRPr="00B61769">
        <w:rPr>
          <w:lang w:val="es-ES"/>
        </w:rPr>
        <w:t>4. Del objetivo genérico al objetivo Erasmus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Transforma objetivos vagos en objetivos concretos.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12"/>
        <w:gridCol w:w="5112"/>
      </w:tblGrid>
      <w:tr w:rsidR="00074CDE" w:rsidRPr="00B61769" w:rsidTr="00B61769">
        <w:trPr>
          <w:jc w:val="center"/>
        </w:trPr>
        <w:tc>
          <w:tcPr>
            <w:tcW w:w="5112" w:type="dxa"/>
            <w:shd w:val="clear" w:color="auto" w:fill="FCECC9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proofErr w:type="spellStart"/>
            <w:r w:rsidRPr="00B61769">
              <w:rPr>
                <w:rFonts w:asciiTheme="majorHAnsi" w:hAnsiTheme="majorHAnsi"/>
                <w:b/>
                <w:sz w:val="18"/>
              </w:rPr>
              <w:t>Demasiado</w:t>
            </w:r>
            <w:proofErr w:type="spellEnd"/>
            <w:r w:rsidRPr="00B61769">
              <w:rPr>
                <w:rFonts w:asciiTheme="majorHAnsi" w:hAnsiTheme="majorHAnsi"/>
                <w:b/>
                <w:sz w:val="18"/>
              </w:rPr>
              <w:t xml:space="preserve"> </w:t>
            </w:r>
            <w:proofErr w:type="spellStart"/>
            <w:r w:rsidRPr="00B61769">
              <w:rPr>
                <w:rFonts w:asciiTheme="majorHAnsi" w:hAnsiTheme="majorHAnsi"/>
                <w:b/>
                <w:sz w:val="18"/>
              </w:rPr>
              <w:t>genérico</w:t>
            </w:r>
            <w:proofErr w:type="spellEnd"/>
          </w:p>
        </w:tc>
        <w:tc>
          <w:tcPr>
            <w:tcW w:w="5112" w:type="dxa"/>
            <w:shd w:val="clear" w:color="auto" w:fill="FCECC9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Reformulación concreta</w:t>
            </w: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Mejorar el inglés.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Internacionalizar el centro.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Mejorar la competencia digital.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Hacer movilidades.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</w:tbl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br/>
        <w:t>Mi objetivo Erasmus: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QUÉ mejorar + QUIÉN + CÓMO + PLAZO + RESULTADO esperado + CÓMO lo mediremos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  <w:r w:rsidRPr="00B61769">
        <w:rPr>
          <w:rFonts w:asciiTheme="majorHAnsi" w:hAnsiTheme="majorHAnsi"/>
        </w:rPr>
        <w:br/>
        <w:t>______________________________</w:t>
      </w:r>
      <w:r w:rsidRPr="00B61769">
        <w:rPr>
          <w:rFonts w:asciiTheme="majorHAnsi" w:hAnsiTheme="majorHAnsi"/>
        </w:rPr>
        <w:t>__________________________________________</w:t>
      </w:r>
      <w:r w:rsidRPr="00B61769">
        <w:rPr>
          <w:rFonts w:asciiTheme="majorHAnsi" w:hAnsiTheme="majorHAnsi"/>
        </w:rPr>
        <w:br/>
        <w:t>________________________________________________________________________</w:t>
      </w:r>
    </w:p>
    <w:p w:rsidR="00074CDE" w:rsidRPr="00B61769" w:rsidRDefault="00B61769">
      <w:pPr>
        <w:pStyle w:val="Ttulo1"/>
      </w:pPr>
      <w:r w:rsidRPr="00B61769">
        <w:lastRenderedPageBreak/>
        <w:t>5. Cadena de coherencia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12"/>
        <w:gridCol w:w="5112"/>
      </w:tblGrid>
      <w:tr w:rsidR="00074CDE" w:rsidRPr="00B61769" w:rsidTr="00B61769">
        <w:trPr>
          <w:jc w:val="center"/>
        </w:trPr>
        <w:tc>
          <w:tcPr>
            <w:tcW w:w="5112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Elemento</w:t>
            </w:r>
          </w:p>
        </w:tc>
        <w:tc>
          <w:tcPr>
            <w:tcW w:w="5112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Mi propuesta</w:t>
            </w: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NECESIDAD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OBJETIVO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ACTIVIDAD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PARTICIPANTES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RESULTADO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INDICADOR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rPr>
          <w:jc w:val="center"/>
        </w:trPr>
        <w:tc>
          <w:tcPr>
            <w:tcW w:w="5112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IMPACTO</w:t>
            </w:r>
          </w:p>
        </w:tc>
        <w:tc>
          <w:tcPr>
            <w:tcW w:w="5112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</w:tbl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 xml:space="preserve">Regla: </w:t>
      </w:r>
      <w:r w:rsidRPr="00B61769">
        <w:rPr>
          <w:rFonts w:asciiTheme="majorHAnsi" w:hAnsiTheme="majorHAnsi"/>
          <w:lang w:val="es-ES"/>
        </w:rPr>
        <w:t>si no puedo explicar la conexión entre dos casillas, tengo que revisar el diseño.</w:t>
      </w:r>
    </w:p>
    <w:p w:rsidR="00074CDE" w:rsidRPr="00B61769" w:rsidRDefault="00B61769">
      <w:pPr>
        <w:pStyle w:val="Ttulo1"/>
        <w:rPr>
          <w:lang w:val="es-ES"/>
        </w:rPr>
      </w:pPr>
      <w:r w:rsidRPr="00B61769">
        <w:rPr>
          <w:lang w:val="es-ES"/>
        </w:rPr>
        <w:t>6. Actividades de movilidad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Elige actividades porque ayudan a alcanzar los objetivos, no porque sean atractivas por sí mismas.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2556"/>
        <w:gridCol w:w="2556"/>
        <w:gridCol w:w="2556"/>
      </w:tblGrid>
      <w:tr w:rsidR="00074CDE" w:rsidRPr="00B61769" w:rsidTr="00B61769">
        <w:tc>
          <w:tcPr>
            <w:tcW w:w="2556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proofErr w:type="spellStart"/>
            <w:r w:rsidRPr="00B61769">
              <w:rPr>
                <w:rFonts w:asciiTheme="majorHAnsi" w:hAnsiTheme="majorHAnsi"/>
                <w:b/>
                <w:sz w:val="18"/>
              </w:rPr>
              <w:t>Actividad</w:t>
            </w:r>
            <w:proofErr w:type="spellEnd"/>
          </w:p>
        </w:tc>
        <w:tc>
          <w:tcPr>
            <w:tcW w:w="2556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¿Para qué objetivo?</w:t>
            </w:r>
          </w:p>
        </w:tc>
        <w:tc>
          <w:tcPr>
            <w:tcW w:w="2556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¿Quién participa?</w:t>
            </w:r>
          </w:p>
        </w:tc>
        <w:tc>
          <w:tcPr>
            <w:tcW w:w="2556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¿Qué aprenderá?</w:t>
            </w:r>
          </w:p>
        </w:tc>
      </w:tr>
      <w:tr w:rsidR="00074CDE" w:rsidRPr="00B61769" w:rsidTr="00B61769">
        <w:tc>
          <w:tcPr>
            <w:tcW w:w="2556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Job shadowing</w:t>
            </w: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c>
          <w:tcPr>
            <w:tcW w:w="2556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Curso/formación</w:t>
            </w: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c>
          <w:tcPr>
            <w:tcW w:w="2556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Movilidad de alumnado</w:t>
            </w: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c>
          <w:tcPr>
            <w:tcW w:w="2556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Otra actividad admisible</w:t>
            </w: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</w:tbl>
    <w:p w:rsidR="00074CDE" w:rsidRPr="00B61769" w:rsidRDefault="00B61769">
      <w:pPr>
        <w:pStyle w:val="Ttulo1"/>
      </w:pPr>
      <w:r w:rsidRPr="00B61769">
        <w:t>7. Inclusión, sostenibilidad, digital y ciudadanía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  <w:b/>
        </w:rPr>
        <w:t>Inclusión y diversidad</w:t>
      </w:r>
    </w:p>
    <w:p w:rsidR="00074CDE" w:rsidRPr="00B61769" w:rsidRDefault="00B61769">
      <w:pPr>
        <w:pStyle w:val="Listaconvietas"/>
        <w:rPr>
          <w:rFonts w:asciiTheme="majorHAnsi" w:hAnsiTheme="majorHAnsi"/>
        </w:rPr>
      </w:pPr>
      <w:r w:rsidRPr="00B61769">
        <w:rPr>
          <w:rFonts w:asciiTheme="majorHAnsi" w:hAnsiTheme="majorHAnsi"/>
        </w:rPr>
        <w:t>¿Quién podría quedar fuera?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pStyle w:val="Listaconvietas"/>
        <w:rPr>
          <w:rFonts w:asciiTheme="majorHAnsi" w:hAnsiTheme="majorHAnsi"/>
        </w:rPr>
      </w:pPr>
      <w:r w:rsidRPr="00B61769">
        <w:rPr>
          <w:rFonts w:asciiTheme="majorHAnsi" w:hAnsiTheme="majorHAnsi"/>
        </w:rPr>
        <w:t>¿Qué barreras existen?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pStyle w:val="Listaconvietas"/>
        <w:rPr>
          <w:rFonts w:asciiTheme="majorHAnsi" w:hAnsiTheme="majorHAnsi"/>
        </w:rPr>
      </w:pPr>
      <w:r w:rsidRPr="00B61769">
        <w:rPr>
          <w:rFonts w:asciiTheme="majorHAnsi" w:hAnsiTheme="majorHAnsi"/>
        </w:rPr>
        <w:t>¿Qué apoyos necesitamos?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</w:t>
      </w:r>
      <w:r w:rsidRPr="00B61769">
        <w:rPr>
          <w:rFonts w:asciiTheme="majorHAnsi" w:hAnsiTheme="majorHAnsi"/>
        </w:rPr>
        <w:t>__________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  <w:b/>
        </w:rPr>
        <w:t>Sostenibilidad</w:t>
      </w:r>
    </w:p>
    <w:p w:rsidR="00074CDE" w:rsidRPr="00B61769" w:rsidRDefault="00B61769">
      <w:pPr>
        <w:pStyle w:val="Listaconvietas"/>
        <w:rPr>
          <w:rFonts w:asciiTheme="majorHAnsi" w:hAnsiTheme="majorHAnsi"/>
        </w:rPr>
      </w:pPr>
      <w:r w:rsidRPr="00B61769">
        <w:rPr>
          <w:rFonts w:asciiTheme="majorHAnsi" w:hAnsiTheme="majorHAnsi"/>
        </w:rPr>
        <w:lastRenderedPageBreak/>
        <w:t>¿Cómo reduciremos impactos?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pStyle w:val="Listaconvietas"/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¿Qué aprendizajes ambientales queremos transferir?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  <w:b/>
        </w:rPr>
        <w:t>Dimensión digital</w:t>
      </w:r>
    </w:p>
    <w:p w:rsidR="00074CDE" w:rsidRPr="00B61769" w:rsidRDefault="00B61769">
      <w:pPr>
        <w:pStyle w:val="Listaconvietas"/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¿Qué competencia digital queremos mejorar?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pStyle w:val="Listaconvietas"/>
        <w:rPr>
          <w:rFonts w:asciiTheme="majorHAnsi" w:hAnsiTheme="majorHAnsi"/>
        </w:rPr>
      </w:pPr>
      <w:r w:rsidRPr="00B61769">
        <w:rPr>
          <w:rFonts w:asciiTheme="majorHAnsi" w:hAnsiTheme="majorHAnsi"/>
        </w:rPr>
        <w:t>¿Qué cambio pedagógico esperamos?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  <w:b/>
        </w:rPr>
        <w:t>Participación y</w:t>
      </w:r>
      <w:r w:rsidRPr="00B61769">
        <w:rPr>
          <w:rFonts w:asciiTheme="majorHAnsi" w:hAnsiTheme="majorHAnsi"/>
          <w:b/>
        </w:rPr>
        <w:t xml:space="preserve"> ciudadanía</w:t>
      </w:r>
    </w:p>
    <w:p w:rsidR="00074CDE" w:rsidRPr="00B61769" w:rsidRDefault="00B61769">
      <w:pPr>
        <w:pStyle w:val="Listaconvietas"/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¿Cómo trabajaremos valores europeos, diversidad, participación o patrimonio?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________________________________________________________________________</w:t>
      </w:r>
    </w:p>
    <w:p w:rsidR="00074CDE" w:rsidRPr="00B61769" w:rsidRDefault="00B61769">
      <w:pPr>
        <w:pStyle w:val="Ttulo1"/>
      </w:pPr>
      <w:r w:rsidRPr="00B61769">
        <w:t>8. Evaluación e indicadores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8"/>
        <w:gridCol w:w="3408"/>
        <w:gridCol w:w="3408"/>
      </w:tblGrid>
      <w:tr w:rsidR="00074CDE" w:rsidRPr="00B61769" w:rsidTr="00B61769">
        <w:tc>
          <w:tcPr>
            <w:tcW w:w="3408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Qué quiero comprobar</w:t>
            </w:r>
          </w:p>
        </w:tc>
        <w:tc>
          <w:tcPr>
            <w:tcW w:w="3408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Indicador</w:t>
            </w:r>
          </w:p>
        </w:tc>
        <w:tc>
          <w:tcPr>
            <w:tcW w:w="3408" w:type="dxa"/>
            <w:shd w:val="clear" w:color="auto" w:fill="D9EAF7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b/>
                <w:sz w:val="18"/>
              </w:rPr>
              <w:t>Fuente/evidencia</w:t>
            </w:r>
          </w:p>
        </w:tc>
      </w:tr>
      <w:tr w:rsidR="00074CDE" w:rsidRPr="00B61769" w:rsidTr="00B61769"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Participación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Aprendizaje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Aplicación en el aula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Transferencia al centro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  <w:tr w:rsidR="00074CDE" w:rsidRPr="00B61769" w:rsidTr="00B61769">
        <w:tc>
          <w:tcPr>
            <w:tcW w:w="3408" w:type="dxa"/>
            <w:vAlign w:val="center"/>
          </w:tcPr>
          <w:p w:rsidR="00074CDE" w:rsidRPr="00B61769" w:rsidRDefault="00B61769">
            <w:pPr>
              <w:rPr>
                <w:rFonts w:asciiTheme="majorHAnsi" w:hAnsiTheme="majorHAnsi"/>
              </w:rPr>
            </w:pPr>
            <w:r w:rsidRPr="00B61769">
              <w:rPr>
                <w:rFonts w:asciiTheme="majorHAnsi" w:hAnsiTheme="majorHAnsi"/>
                <w:sz w:val="18"/>
              </w:rPr>
              <w:t>Impacto</w:t>
            </w: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  <w:tc>
          <w:tcPr>
            <w:tcW w:w="3408" w:type="dxa"/>
            <w:vAlign w:val="center"/>
          </w:tcPr>
          <w:p w:rsidR="00074CDE" w:rsidRPr="00B61769" w:rsidRDefault="00074CDE">
            <w:pPr>
              <w:rPr>
                <w:rFonts w:asciiTheme="majorHAnsi" w:hAnsiTheme="majorHAnsi"/>
              </w:rPr>
            </w:pPr>
          </w:p>
        </w:tc>
      </w:tr>
    </w:tbl>
    <w:p w:rsidR="00074CDE" w:rsidRPr="00B61769" w:rsidRDefault="00B61769">
      <w:pPr>
        <w:pStyle w:val="Ttulo1"/>
      </w:pPr>
      <w:r w:rsidRPr="00B61769">
        <w:t>9. Gestión y continuidad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¿Quién hace qué?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Dirección → _________________________________________________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Coordinación Erasmus → _________________________________________________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Equipo Erasmus → _________________________________________________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Departamentos/tutorías → _________________________________________________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t>Administración → _________________________________________________</w:t>
      </w:r>
    </w:p>
    <w:p w:rsidR="00074CDE" w:rsidRPr="00B61769" w:rsidRDefault="00B61769">
      <w:pPr>
        <w:rPr>
          <w:rFonts w:asciiTheme="majorHAnsi" w:hAnsiTheme="majorHAnsi"/>
        </w:rPr>
      </w:pPr>
      <w:r w:rsidRPr="00B61769">
        <w:rPr>
          <w:rFonts w:asciiTheme="majorHAnsi" w:hAnsiTheme="majorHAnsi"/>
        </w:rPr>
        <w:lastRenderedPageBreak/>
        <w:t xml:space="preserve">Alumnado/familias → </w:t>
      </w:r>
      <w:r w:rsidRPr="00B61769">
        <w:rPr>
          <w:rFonts w:asciiTheme="majorHAnsi" w:hAnsiTheme="majorHAnsi"/>
        </w:rPr>
        <w:t>_________________________________________________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br/>
        <w:t>¿Cómo garantizamos continuidad si cambia el coordinador o la dirección?</w:t>
      </w:r>
      <w:r w:rsidRPr="00B61769">
        <w:rPr>
          <w:rFonts w:asciiTheme="majorHAnsi" w:hAnsiTheme="majorHAnsi"/>
          <w:lang w:val="es-ES"/>
        </w:rPr>
        <w:br/>
        <w:t>________________________________________________________________________</w:t>
      </w:r>
      <w:r w:rsidRPr="00B61769">
        <w:rPr>
          <w:rFonts w:asciiTheme="majorHAnsi" w:hAnsiTheme="majorHAnsi"/>
          <w:lang w:val="es-ES"/>
        </w:rPr>
        <w:br/>
        <w:t>____________________________________________________________</w:t>
      </w:r>
      <w:r w:rsidRPr="00B61769">
        <w:rPr>
          <w:rFonts w:asciiTheme="majorHAnsi" w:hAnsiTheme="majorHAnsi"/>
          <w:lang w:val="es-ES"/>
        </w:rPr>
        <w:t>____________</w:t>
      </w:r>
    </w:p>
    <w:p w:rsidR="00074CDE" w:rsidRPr="00B61769" w:rsidRDefault="00B61769">
      <w:pPr>
        <w:pStyle w:val="Ttulo1"/>
        <w:rPr>
          <w:lang w:val="es-ES"/>
        </w:rPr>
      </w:pPr>
      <w:r w:rsidRPr="00B61769">
        <w:rPr>
          <w:lang w:val="es-ES"/>
        </w:rPr>
        <w:t>10. Mi primer borrador de Plan Erasmus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Necesidad prioritaria: _________________________________________________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Objetivo: _____________________________________________________________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Actividades: ______________________________________________</w:t>
      </w:r>
      <w:r w:rsidRPr="00B61769">
        <w:rPr>
          <w:rFonts w:asciiTheme="majorHAnsi" w:hAnsiTheme="majorHAnsi"/>
          <w:lang w:val="es-ES"/>
        </w:rPr>
        <w:t>____________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Participantes: ________________________________________________________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Resultados esperados: ________________________________________________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Indicadores: __________________________________________________________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Impacto en el centro: ______</w:t>
      </w:r>
      <w:r w:rsidRPr="00B61769">
        <w:rPr>
          <w:rFonts w:asciiTheme="majorHAnsi" w:hAnsiTheme="majorHAnsi"/>
          <w:lang w:val="es-ES"/>
        </w:rPr>
        <w:t>___________________________________________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Próximo paso: _________________________________________________________</w:t>
      </w:r>
    </w:p>
    <w:p w:rsidR="00074CDE" w:rsidRPr="00B61769" w:rsidRDefault="00B61769">
      <w:pPr>
        <w:pStyle w:val="Ttulo1"/>
        <w:rPr>
          <w:lang w:val="es-ES"/>
        </w:rPr>
      </w:pPr>
      <w:r w:rsidRPr="00B61769">
        <w:rPr>
          <w:lang w:val="es-ES"/>
        </w:rPr>
        <w:t xml:space="preserve">11. </w:t>
      </w:r>
      <w:proofErr w:type="spellStart"/>
      <w:r w:rsidRPr="00B61769">
        <w:rPr>
          <w:lang w:val="es-ES"/>
        </w:rPr>
        <w:t>Checklist</w:t>
      </w:r>
      <w:proofErr w:type="spellEnd"/>
      <w:r w:rsidRPr="00B61769">
        <w:rPr>
          <w:lang w:val="es-ES"/>
        </w:rPr>
        <w:t xml:space="preserve"> antes de escribir la solicitud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Las necesidades están justificadas con evidencias.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Los objetivos responden directamente a e</w:t>
      </w:r>
      <w:r w:rsidRPr="00B61769">
        <w:rPr>
          <w:rFonts w:asciiTheme="majorHAnsi" w:hAnsiTheme="majorHAnsi"/>
          <w:lang w:val="es-ES"/>
        </w:rPr>
        <w:t>sas necesidades.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Los objetivos son claros, concretos y realistas.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Las actividades son coherentes con los objetivos.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El número/perfil de participantes está justificado.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Hay seguimiento y evaluación.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Se aborda inclusión y diversidad.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Se aborda so</w:t>
      </w:r>
      <w:r w:rsidRPr="00B61769">
        <w:rPr>
          <w:rFonts w:asciiTheme="majorHAnsi" w:hAnsiTheme="majorHAnsi"/>
          <w:lang w:val="es-ES"/>
        </w:rPr>
        <w:t>stenibilidad ambiental.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Se integra la dimensión digital.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Se incorpora participación/ciudadanía europea.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La dirección está implicada.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Las responsabilidades están claras.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Existe un plan de transferencia al centro.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lastRenderedPageBreak/>
        <w:t>□ Se prevé continuidad ante cambio</w:t>
      </w:r>
      <w:r w:rsidRPr="00B61769">
        <w:rPr>
          <w:rFonts w:asciiTheme="majorHAnsi" w:hAnsiTheme="majorHAnsi"/>
          <w:lang w:val="es-ES"/>
        </w:rPr>
        <w:t>s de personal.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t>□ La propuesta es propia y específica del centro.</w:t>
      </w:r>
    </w:p>
    <w:p w:rsidR="00074CDE" w:rsidRPr="00B61769" w:rsidRDefault="00B61769">
      <w:pPr>
        <w:rPr>
          <w:rFonts w:asciiTheme="majorHAnsi" w:hAnsiTheme="majorHAnsi"/>
          <w:lang w:val="es-ES"/>
        </w:rPr>
      </w:pPr>
      <w:r w:rsidRPr="00B61769">
        <w:rPr>
          <w:rFonts w:asciiTheme="majorHAnsi" w:hAnsiTheme="majorHAnsi"/>
          <w:lang w:val="es-ES"/>
        </w:rPr>
        <w:br/>
        <w:t>Fuentes de referencia: Guía Erasmus+ 2026 y documentación oficial de la Comisión Europea.</w:t>
      </w:r>
    </w:p>
    <w:sectPr w:rsidR="00074CDE" w:rsidRPr="00B61769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74CDE"/>
    <w:rsid w:val="0015074B"/>
    <w:rsid w:val="0029639D"/>
    <w:rsid w:val="00326F90"/>
    <w:rsid w:val="00AA1D8D"/>
    <w:rsid w:val="00B47730"/>
    <w:rsid w:val="00B61769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54FCAB-89C8-484A-99B6-66D17884C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947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ines</cp:lastModifiedBy>
  <cp:revision>2</cp:revision>
  <dcterms:created xsi:type="dcterms:W3CDTF">2026-09-24T01:06:00Z</dcterms:created>
  <dcterms:modified xsi:type="dcterms:W3CDTF">2026-09-24T01:06:00Z</dcterms:modified>
</cp:coreProperties>
</file>